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26F73" w14:textId="02CB5F22" w:rsidR="000F2848" w:rsidRPr="00C720D8" w:rsidRDefault="00000000">
      <w:pPr>
        <w:jc w:val="center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b/>
          <w:sz w:val="32"/>
          <w:lang w:val="pt-BR"/>
        </w:rPr>
        <w:t>TÍTULO DO TRABALHO</w:t>
      </w:r>
      <w:r w:rsidR="00C720D8" w:rsidRPr="00C720D8">
        <w:rPr>
          <w:rFonts w:ascii="Times New Roman" w:hAnsi="Times New Roman" w:cs="Times New Roman"/>
          <w:b/>
          <w:sz w:val="32"/>
          <w:lang w:val="pt-BR"/>
        </w:rPr>
        <w:t>: SUBTÍTULO</w:t>
      </w:r>
    </w:p>
    <w:p w14:paraId="3416F8AD" w14:textId="77777777" w:rsidR="00C720D8" w:rsidRPr="00C720D8" w:rsidRDefault="00000000">
      <w:pPr>
        <w:jc w:val="center"/>
        <w:rPr>
          <w:rFonts w:ascii="Times New Roman" w:hAnsi="Times New Roman" w:cs="Times New Roman"/>
          <w:sz w:val="24"/>
          <w:lang w:val="pt-BR"/>
        </w:rPr>
      </w:pPr>
      <w:r w:rsidRPr="00C720D8">
        <w:rPr>
          <w:rFonts w:ascii="Times New Roman" w:hAnsi="Times New Roman" w:cs="Times New Roman"/>
          <w:sz w:val="24"/>
          <w:lang w:val="pt-BR"/>
        </w:rPr>
        <w:br/>
        <w:t xml:space="preserve">Nome do Autor 1; </w:t>
      </w:r>
    </w:p>
    <w:p w14:paraId="7BBA73A1" w14:textId="5A08EA45" w:rsidR="000F2848" w:rsidRPr="00C720D8" w:rsidRDefault="00000000">
      <w:pPr>
        <w:jc w:val="center"/>
        <w:rPr>
          <w:rFonts w:ascii="Times New Roman" w:hAnsi="Times New Roman" w:cs="Times New Roman"/>
          <w:sz w:val="24"/>
          <w:lang w:val="pt-BR"/>
        </w:rPr>
      </w:pPr>
      <w:r w:rsidRPr="00C720D8">
        <w:rPr>
          <w:rFonts w:ascii="Times New Roman" w:hAnsi="Times New Roman" w:cs="Times New Roman"/>
          <w:sz w:val="24"/>
          <w:lang w:val="pt-BR"/>
        </w:rPr>
        <w:t>Nome do Autor 2</w:t>
      </w:r>
      <w:r w:rsidR="00C720D8" w:rsidRPr="00C720D8">
        <w:rPr>
          <w:rFonts w:ascii="Times New Roman" w:hAnsi="Times New Roman" w:cs="Times New Roman"/>
          <w:sz w:val="24"/>
          <w:lang w:val="pt-BR"/>
        </w:rPr>
        <w:t>;</w:t>
      </w:r>
    </w:p>
    <w:p w14:paraId="429A0798" w14:textId="55E7F480" w:rsidR="00C720D8" w:rsidRPr="00C720D8" w:rsidRDefault="00C720D8">
      <w:pPr>
        <w:jc w:val="center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sz w:val="24"/>
          <w:lang w:val="pt-BR"/>
        </w:rPr>
        <w:t xml:space="preserve">Nome do Autor 3 </w:t>
      </w:r>
      <w:proofErr w:type="gramStart"/>
      <w:r w:rsidRPr="00C720D8">
        <w:rPr>
          <w:rFonts w:ascii="Times New Roman" w:hAnsi="Times New Roman" w:cs="Times New Roman"/>
          <w:sz w:val="24"/>
          <w:lang w:val="pt-BR"/>
        </w:rPr>
        <w:t>ou Orientador</w:t>
      </w:r>
      <w:proofErr w:type="gramEnd"/>
      <w:r w:rsidRPr="00C720D8">
        <w:rPr>
          <w:rFonts w:ascii="Times New Roman" w:hAnsi="Times New Roman" w:cs="Times New Roman"/>
          <w:sz w:val="24"/>
          <w:lang w:val="pt-BR"/>
        </w:rPr>
        <w:t>.</w:t>
      </w:r>
    </w:p>
    <w:p w14:paraId="10BE24EF" w14:textId="6C5CDA93" w:rsidR="000F2848" w:rsidRPr="00C720D8" w:rsidRDefault="00000000" w:rsidP="00C720D8">
      <w:pPr>
        <w:jc w:val="center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sz w:val="20"/>
          <w:lang w:val="pt-BR"/>
        </w:rPr>
        <w:t>Instituição – Cidade/Estado – País</w:t>
      </w:r>
      <w:r w:rsidRPr="00C720D8">
        <w:rPr>
          <w:rFonts w:ascii="Times New Roman" w:hAnsi="Times New Roman" w:cs="Times New Roman"/>
          <w:sz w:val="20"/>
          <w:lang w:val="pt-BR"/>
        </w:rPr>
        <w:br/>
        <w:t>E-mail do</w:t>
      </w:r>
      <w:r w:rsidR="00C720D8" w:rsidRPr="00C720D8">
        <w:rPr>
          <w:rFonts w:ascii="Times New Roman" w:hAnsi="Times New Roman" w:cs="Times New Roman"/>
          <w:sz w:val="20"/>
          <w:lang w:val="pt-BR"/>
        </w:rPr>
        <w:t>s</w:t>
      </w:r>
      <w:r w:rsidRPr="00C720D8">
        <w:rPr>
          <w:rFonts w:ascii="Times New Roman" w:hAnsi="Times New Roman" w:cs="Times New Roman"/>
          <w:sz w:val="20"/>
          <w:lang w:val="pt-BR"/>
        </w:rPr>
        <w:t xml:space="preserve"> autor</w:t>
      </w:r>
      <w:r w:rsidR="00C720D8" w:rsidRPr="00C720D8">
        <w:rPr>
          <w:rFonts w:ascii="Times New Roman" w:hAnsi="Times New Roman" w:cs="Times New Roman"/>
          <w:sz w:val="20"/>
          <w:lang w:val="pt-BR"/>
        </w:rPr>
        <w:t>es</w:t>
      </w:r>
      <w:r w:rsidRPr="00C720D8">
        <w:rPr>
          <w:rFonts w:ascii="Times New Roman" w:hAnsi="Times New Roman" w:cs="Times New Roman"/>
          <w:sz w:val="20"/>
          <w:lang w:val="pt-BR"/>
        </w:rPr>
        <w:t xml:space="preserve"> </w:t>
      </w:r>
    </w:p>
    <w:p w14:paraId="699BA45C" w14:textId="35C8BA96" w:rsidR="000F2848" w:rsidRPr="00C720D8" w:rsidRDefault="000F2848">
      <w:pPr>
        <w:rPr>
          <w:rFonts w:ascii="Times New Roman" w:hAnsi="Times New Roman" w:cs="Times New Roman"/>
          <w:lang w:val="pt-BR"/>
        </w:rPr>
      </w:pPr>
    </w:p>
    <w:p w14:paraId="12FD5ED3" w14:textId="77777777" w:rsidR="000F2848" w:rsidRPr="00C720D8" w:rsidRDefault="00000000">
      <w:pPr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b/>
          <w:lang w:val="pt-BR"/>
        </w:rPr>
        <w:t>1. Contexto e Problema</w:t>
      </w:r>
    </w:p>
    <w:p w14:paraId="1733A577" w14:textId="77777777" w:rsidR="00C720D8" w:rsidRPr="00C720D8" w:rsidRDefault="00C720D8" w:rsidP="00C720D8">
      <w:pPr>
        <w:pStyle w:val="p1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“porquê” do projeto</w:t>
      </w:r>
    </w:p>
    <w:p w14:paraId="335F8D57" w14:textId="77777777" w:rsidR="00C720D8" w:rsidRPr="00C720D8" w:rsidRDefault="00C720D8" w:rsidP="00C720D8">
      <w:pPr>
        <w:pStyle w:val="p1"/>
        <w:numPr>
          <w:ilvl w:val="0"/>
          <w:numId w:val="10"/>
        </w:numPr>
      </w:pPr>
      <w:r w:rsidRPr="00C720D8">
        <w:t>Qual problema missionário/pastoral foi identificado?</w:t>
      </w:r>
    </w:p>
    <w:p w14:paraId="73BE048A" w14:textId="77777777" w:rsidR="00C720D8" w:rsidRPr="00C720D8" w:rsidRDefault="00C720D8" w:rsidP="00C720D8">
      <w:pPr>
        <w:pStyle w:val="p1"/>
        <w:numPr>
          <w:ilvl w:val="0"/>
          <w:numId w:val="10"/>
        </w:numPr>
      </w:pPr>
      <w:r w:rsidRPr="00C720D8">
        <w:t>Em que contexto (igreja, cidade, público)?</w:t>
      </w:r>
    </w:p>
    <w:p w14:paraId="5BC11C57" w14:textId="77777777" w:rsidR="00C720D8" w:rsidRPr="00C720D8" w:rsidRDefault="00C720D8" w:rsidP="00C720D8">
      <w:pPr>
        <w:pStyle w:val="p1"/>
        <w:numPr>
          <w:ilvl w:val="0"/>
          <w:numId w:val="10"/>
        </w:numPr>
      </w:pPr>
      <w:r w:rsidRPr="00C720D8">
        <w:t>Por que isso importa para a missão hoje?</w:t>
      </w:r>
    </w:p>
    <w:p w14:paraId="2BA8CDC0" w14:textId="77777777" w:rsidR="000F2848" w:rsidRPr="00C720D8" w:rsidRDefault="00000000">
      <w:pPr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b/>
          <w:lang w:val="pt-BR"/>
        </w:rPr>
        <w:t>2. Objetivo da Proposta / Projeto</w:t>
      </w:r>
    </w:p>
    <w:p w14:paraId="5188E84B" w14:textId="77777777" w:rsidR="00C720D8" w:rsidRPr="00C720D8" w:rsidRDefault="00C720D8" w:rsidP="00C720D8">
      <w:pPr>
        <w:pStyle w:val="p1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que se buscou fazer</w:t>
      </w:r>
    </w:p>
    <w:p w14:paraId="0C445BA4" w14:textId="77777777" w:rsidR="00C720D8" w:rsidRPr="00C720D8" w:rsidRDefault="00C720D8" w:rsidP="00C720D8">
      <w:pPr>
        <w:pStyle w:val="p1"/>
        <w:numPr>
          <w:ilvl w:val="0"/>
          <w:numId w:val="11"/>
        </w:numPr>
      </w:pPr>
      <w:r w:rsidRPr="00C720D8">
        <w:t>Objetivo geral</w:t>
      </w:r>
    </w:p>
    <w:p w14:paraId="357C669D" w14:textId="77777777" w:rsidR="00C720D8" w:rsidRPr="00C720D8" w:rsidRDefault="00C720D8" w:rsidP="00C720D8">
      <w:pPr>
        <w:pStyle w:val="p1"/>
        <w:numPr>
          <w:ilvl w:val="0"/>
          <w:numId w:val="11"/>
        </w:numPr>
      </w:pPr>
      <w:r w:rsidRPr="00C720D8">
        <w:t>Objetivos específicos (se necessário)</w:t>
      </w:r>
    </w:p>
    <w:p w14:paraId="7FE69439" w14:textId="77777777" w:rsidR="000F2848" w:rsidRPr="00C720D8" w:rsidRDefault="00000000">
      <w:pPr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b/>
          <w:lang w:val="pt-BR"/>
        </w:rPr>
        <w:t>3. Fundamentação Teórica ou Bíblica</w:t>
      </w:r>
    </w:p>
    <w:p w14:paraId="05B881BC" w14:textId="77777777" w:rsidR="00C720D8" w:rsidRPr="00C720D8" w:rsidRDefault="00C720D8" w:rsidP="00C720D8">
      <w:pPr>
        <w:pStyle w:val="p1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“porquê faz sentido”</w:t>
      </w:r>
    </w:p>
    <w:p w14:paraId="1255ABEB" w14:textId="77777777" w:rsidR="00C720D8" w:rsidRPr="00C720D8" w:rsidRDefault="00C720D8" w:rsidP="00C720D8">
      <w:pPr>
        <w:pStyle w:val="p1"/>
        <w:numPr>
          <w:ilvl w:val="0"/>
          <w:numId w:val="12"/>
        </w:numPr>
      </w:pPr>
      <w:r w:rsidRPr="00C720D8">
        <w:t xml:space="preserve">Textos bíblicos, princípios teológicos ou </w:t>
      </w:r>
      <w:proofErr w:type="spellStart"/>
      <w:r w:rsidRPr="00C720D8">
        <w:t>missiológicos</w:t>
      </w:r>
      <w:proofErr w:type="spellEnd"/>
    </w:p>
    <w:p w14:paraId="7BB106B2" w14:textId="77777777" w:rsidR="00C720D8" w:rsidRPr="00C720D8" w:rsidRDefault="00C720D8" w:rsidP="00C720D8">
      <w:pPr>
        <w:pStyle w:val="p1"/>
        <w:numPr>
          <w:ilvl w:val="0"/>
          <w:numId w:val="12"/>
        </w:numPr>
      </w:pPr>
      <w:r w:rsidRPr="00C720D8">
        <w:t>Autores ou conceitos-chave</w:t>
      </w:r>
    </w:p>
    <w:p w14:paraId="515AE0EF" w14:textId="167C019F" w:rsidR="00C720D8" w:rsidRPr="00C720D8" w:rsidRDefault="00C720D8" w:rsidP="00C720D8">
      <w:pPr>
        <w:pStyle w:val="p1"/>
        <w:numPr>
          <w:ilvl w:val="0"/>
          <w:numId w:val="12"/>
        </w:numPr>
      </w:pPr>
      <w:r w:rsidRPr="00C720D8">
        <w:t>Pode ser breve (não é artigo</w:t>
      </w:r>
      <w:r w:rsidRPr="00C720D8">
        <w:t>, mas um banner</w:t>
      </w:r>
      <w:r w:rsidRPr="00C720D8">
        <w:t>)</w:t>
      </w:r>
    </w:p>
    <w:p w14:paraId="380F2F58" w14:textId="77777777" w:rsidR="000F2848" w:rsidRPr="00C720D8" w:rsidRDefault="00000000">
      <w:pPr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b/>
          <w:lang w:val="pt-BR"/>
        </w:rPr>
        <w:t>4. Descrição da Experiência / Metodologia</w:t>
      </w:r>
    </w:p>
    <w:p w14:paraId="457F4F03" w14:textId="77777777" w:rsidR="00C720D8" w:rsidRPr="00C720D8" w:rsidRDefault="00C720D8" w:rsidP="00C720D8">
      <w:pPr>
        <w:pStyle w:val="p1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“como foi feito”</w:t>
      </w:r>
    </w:p>
    <w:p w14:paraId="40070998" w14:textId="77777777" w:rsidR="00C720D8" w:rsidRPr="00C720D8" w:rsidRDefault="00C720D8" w:rsidP="00C720D8">
      <w:pPr>
        <w:pStyle w:val="p1"/>
        <w:numPr>
          <w:ilvl w:val="0"/>
          <w:numId w:val="13"/>
        </w:numPr>
      </w:pPr>
      <w:r w:rsidRPr="00C720D8">
        <w:t>Tipo de ação (projeto, oficina, evangelismo, discipulado, ação urbana etc.)</w:t>
      </w:r>
    </w:p>
    <w:p w14:paraId="6907EE73" w14:textId="77777777" w:rsidR="00C720D8" w:rsidRPr="00C720D8" w:rsidRDefault="00C720D8" w:rsidP="00C720D8">
      <w:pPr>
        <w:pStyle w:val="p1"/>
        <w:numPr>
          <w:ilvl w:val="0"/>
          <w:numId w:val="13"/>
        </w:numPr>
      </w:pPr>
      <w:r w:rsidRPr="00C720D8">
        <w:t>Público-alvo</w:t>
      </w:r>
    </w:p>
    <w:p w14:paraId="705390A2" w14:textId="77777777" w:rsidR="00C720D8" w:rsidRPr="00C720D8" w:rsidRDefault="00C720D8" w:rsidP="00C720D8">
      <w:pPr>
        <w:pStyle w:val="p1"/>
        <w:numPr>
          <w:ilvl w:val="0"/>
          <w:numId w:val="13"/>
        </w:numPr>
      </w:pPr>
      <w:r w:rsidRPr="00C720D8">
        <w:t>Etapas do processo</w:t>
      </w:r>
    </w:p>
    <w:p w14:paraId="50E09568" w14:textId="77777777" w:rsidR="00C720D8" w:rsidRPr="00C720D8" w:rsidRDefault="00C720D8" w:rsidP="00C720D8">
      <w:pPr>
        <w:pStyle w:val="p1"/>
        <w:numPr>
          <w:ilvl w:val="0"/>
          <w:numId w:val="13"/>
        </w:numPr>
      </w:pPr>
      <w:r w:rsidRPr="00C720D8">
        <w:t>Duração</w:t>
      </w:r>
    </w:p>
    <w:p w14:paraId="28B1D92E" w14:textId="350D6D1B" w:rsidR="00C720D8" w:rsidRPr="00C720D8" w:rsidRDefault="00C720D8" w:rsidP="00C720D8">
      <w:pPr>
        <w:pStyle w:val="p1"/>
        <w:numPr>
          <w:ilvl w:val="0"/>
          <w:numId w:val="13"/>
        </w:numPr>
      </w:pPr>
      <w:r w:rsidRPr="00C720D8">
        <w:t>Como foi feita a avaliação da ação</w:t>
      </w:r>
    </w:p>
    <w:p w14:paraId="32589A4E" w14:textId="5D3EB09B" w:rsidR="00C720D8" w:rsidRPr="00C720D8" w:rsidRDefault="00C720D8" w:rsidP="00C720D8">
      <w:pPr>
        <w:pStyle w:val="p1"/>
        <w:rPr>
          <w:rStyle w:val="s1"/>
        </w:rPr>
      </w:pPr>
      <w:r w:rsidRPr="00C720D8">
        <w:rPr>
          <w:rStyle w:val="s1"/>
          <w:rFonts w:ascii="Apple Color Emoji" w:hAnsi="Apple Color Emoji" w:cs="Apple Color Emoji"/>
        </w:rPr>
        <w:lastRenderedPageBreak/>
        <w:t>👉</w:t>
      </w:r>
      <w:r w:rsidRPr="00C720D8">
        <w:rPr>
          <w:rStyle w:val="s1"/>
        </w:rPr>
        <w:t xml:space="preserve"> Aqui entra </w:t>
      </w:r>
      <w:r w:rsidRPr="00C720D8">
        <w:rPr>
          <w:b/>
          <w:bCs/>
        </w:rPr>
        <w:t>a prática missionária</w:t>
      </w:r>
      <w:r w:rsidRPr="00C720D8">
        <w:rPr>
          <w:rStyle w:val="s1"/>
        </w:rPr>
        <w:t>.</w:t>
      </w:r>
    </w:p>
    <w:p w14:paraId="57614B6E" w14:textId="77777777" w:rsidR="00C720D8" w:rsidRPr="00C720D8" w:rsidRDefault="00C720D8" w:rsidP="00C720D8">
      <w:pPr>
        <w:pStyle w:val="p1"/>
      </w:pPr>
    </w:p>
    <w:p w14:paraId="18D002D1" w14:textId="77777777" w:rsidR="000F2848" w:rsidRPr="00C720D8" w:rsidRDefault="00000000">
      <w:pPr>
        <w:rPr>
          <w:rFonts w:ascii="Times New Roman" w:hAnsi="Times New Roman" w:cs="Times New Roman"/>
          <w:b/>
          <w:lang w:val="pt-BR"/>
        </w:rPr>
      </w:pPr>
      <w:r w:rsidRPr="00C720D8">
        <w:rPr>
          <w:rFonts w:ascii="Times New Roman" w:hAnsi="Times New Roman" w:cs="Times New Roman"/>
          <w:b/>
          <w:lang w:val="pt-BR"/>
        </w:rPr>
        <w:t>5. Resultados, Aprendizados e Desafios</w:t>
      </w:r>
    </w:p>
    <w:p w14:paraId="73D1869D" w14:textId="77777777" w:rsidR="00C720D8" w:rsidRPr="00C720D8" w:rsidRDefault="00C720D8" w:rsidP="00C720D8">
      <w:pPr>
        <w:pStyle w:val="p1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que deu certo, o que não deu, o que aprendemos</w:t>
      </w:r>
    </w:p>
    <w:p w14:paraId="48262C3F" w14:textId="77777777" w:rsidR="00C720D8" w:rsidRPr="00C720D8" w:rsidRDefault="00C720D8" w:rsidP="00C720D8">
      <w:pPr>
        <w:pStyle w:val="p1"/>
        <w:numPr>
          <w:ilvl w:val="0"/>
          <w:numId w:val="15"/>
        </w:numPr>
      </w:pPr>
      <w:r w:rsidRPr="00C720D8">
        <w:t>Resultados observados</w:t>
      </w:r>
    </w:p>
    <w:p w14:paraId="7B7C466C" w14:textId="77777777" w:rsidR="00C720D8" w:rsidRPr="00C720D8" w:rsidRDefault="00C720D8" w:rsidP="00C720D8">
      <w:pPr>
        <w:pStyle w:val="p1"/>
        <w:numPr>
          <w:ilvl w:val="0"/>
          <w:numId w:val="15"/>
        </w:numPr>
      </w:pPr>
      <w:r w:rsidRPr="00C720D8">
        <w:t>Impactos percebidos</w:t>
      </w:r>
    </w:p>
    <w:p w14:paraId="384BBF5A" w14:textId="6008343C" w:rsidR="00C720D8" w:rsidRPr="00C720D8" w:rsidRDefault="00C720D8" w:rsidP="00C720D8">
      <w:pPr>
        <w:pStyle w:val="p1"/>
        <w:numPr>
          <w:ilvl w:val="0"/>
          <w:numId w:val="15"/>
        </w:numPr>
      </w:pPr>
      <w:r w:rsidRPr="00C720D8">
        <w:t>Limitações e desafios enfrentados</w:t>
      </w:r>
    </w:p>
    <w:p w14:paraId="3778C883" w14:textId="4FC90CB6" w:rsidR="00C720D8" w:rsidRPr="00C720D8" w:rsidRDefault="00C720D8" w:rsidP="00C720D8">
      <w:pPr>
        <w:pStyle w:val="p1"/>
        <w:numPr>
          <w:ilvl w:val="0"/>
          <w:numId w:val="15"/>
        </w:numPr>
      </w:pPr>
      <w:r w:rsidRPr="00C720D8">
        <w:t>O que você faria diferente depois de ter feito isso pela primeira vez?</w:t>
      </w:r>
    </w:p>
    <w:p w14:paraId="00840F8E" w14:textId="6EF99235" w:rsidR="00C720D8" w:rsidRPr="00C720D8" w:rsidRDefault="00C720D8" w:rsidP="00C720D8">
      <w:pPr>
        <w:pStyle w:val="p1"/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Valoriza honestidade, não triunfalismo.</w:t>
      </w:r>
    </w:p>
    <w:p w14:paraId="5CB69AD6" w14:textId="77777777" w:rsidR="00C720D8" w:rsidRPr="00C720D8" w:rsidRDefault="00C720D8" w:rsidP="00C720D8">
      <w:pPr>
        <w:pStyle w:val="p1"/>
      </w:pPr>
    </w:p>
    <w:p w14:paraId="10A32190" w14:textId="77777777" w:rsidR="000F2848" w:rsidRPr="00C720D8" w:rsidRDefault="00000000">
      <w:pPr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b/>
          <w:lang w:val="pt-BR"/>
        </w:rPr>
        <w:t>6. Contribuições para a Missão</w:t>
      </w:r>
    </w:p>
    <w:p w14:paraId="01D00110" w14:textId="77777777" w:rsidR="00C720D8" w:rsidRPr="00C720D8" w:rsidRDefault="00C720D8" w:rsidP="00C720D8">
      <w:pPr>
        <w:pStyle w:val="p1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Por que isso pode inspirar outros</w:t>
      </w:r>
    </w:p>
    <w:p w14:paraId="23C56CD9" w14:textId="77777777" w:rsidR="00C720D8" w:rsidRPr="00C720D8" w:rsidRDefault="00C720D8" w:rsidP="00C720D8">
      <w:pPr>
        <w:pStyle w:val="p1"/>
        <w:numPr>
          <w:ilvl w:val="0"/>
          <w:numId w:val="14"/>
        </w:numPr>
      </w:pPr>
      <w:r w:rsidRPr="00C720D8">
        <w:t>O que essa experiência ensina à igreja?</w:t>
      </w:r>
    </w:p>
    <w:p w14:paraId="67ED96DA" w14:textId="77777777" w:rsidR="00C720D8" w:rsidRPr="00C720D8" w:rsidRDefault="00C720D8" w:rsidP="00C720D8">
      <w:pPr>
        <w:pStyle w:val="p1"/>
        <w:numPr>
          <w:ilvl w:val="0"/>
          <w:numId w:val="14"/>
        </w:numPr>
      </w:pPr>
      <w:r w:rsidRPr="00C720D8">
        <w:t>Como pode ser adaptada a outros contextos?</w:t>
      </w:r>
    </w:p>
    <w:p w14:paraId="2AE53B12" w14:textId="1BCB1381" w:rsidR="00C720D8" w:rsidRPr="00C720D8" w:rsidRDefault="00C720D8" w:rsidP="00C720D8">
      <w:pPr>
        <w:pStyle w:val="p1"/>
        <w:numPr>
          <w:ilvl w:val="0"/>
          <w:numId w:val="14"/>
        </w:numPr>
      </w:pPr>
      <w:r w:rsidRPr="00C720D8">
        <w:t>Relação com missão urbana / evangelização hoje</w:t>
      </w:r>
    </w:p>
    <w:p w14:paraId="2445E431" w14:textId="77777777" w:rsidR="00C720D8" w:rsidRPr="00C720D8" w:rsidRDefault="00C720D8" w:rsidP="00C720D8">
      <w:pPr>
        <w:pStyle w:val="p1"/>
        <w:ind w:left="720"/>
      </w:pPr>
    </w:p>
    <w:p w14:paraId="2D60F69F" w14:textId="77777777" w:rsidR="000F2848" w:rsidRPr="00C720D8" w:rsidRDefault="00000000">
      <w:pPr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b/>
          <w:lang w:val="pt-BR"/>
        </w:rPr>
        <w:t>7. Considerações Finais</w:t>
      </w:r>
    </w:p>
    <w:p w14:paraId="01820F7F" w14:textId="77777777" w:rsidR="00C720D8" w:rsidRPr="00C720D8" w:rsidRDefault="00C720D8" w:rsidP="00C720D8">
      <w:pPr>
        <w:pStyle w:val="p1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Síntese</w:t>
      </w:r>
    </w:p>
    <w:p w14:paraId="759928EA" w14:textId="77777777" w:rsidR="00C720D8" w:rsidRPr="00C720D8" w:rsidRDefault="00C720D8" w:rsidP="00C720D8">
      <w:pPr>
        <w:pStyle w:val="p1"/>
        <w:numPr>
          <w:ilvl w:val="0"/>
          <w:numId w:val="16"/>
        </w:numPr>
      </w:pPr>
      <w:r w:rsidRPr="00C720D8">
        <w:t>Principais conclusões</w:t>
      </w:r>
    </w:p>
    <w:p w14:paraId="0FC3988A" w14:textId="77777777" w:rsidR="00C720D8" w:rsidRPr="00C720D8" w:rsidRDefault="00C720D8" w:rsidP="00C720D8">
      <w:pPr>
        <w:pStyle w:val="p1"/>
        <w:numPr>
          <w:ilvl w:val="0"/>
          <w:numId w:val="16"/>
        </w:numPr>
      </w:pPr>
      <w:r w:rsidRPr="00C720D8">
        <w:t>Próximos passos ou desdobramentos possíveis</w:t>
      </w:r>
    </w:p>
    <w:p w14:paraId="3855306A" w14:textId="77777777" w:rsidR="00C720D8" w:rsidRPr="00C720D8" w:rsidRDefault="00C720D8" w:rsidP="00C720D8">
      <w:pPr>
        <w:pStyle w:val="p1"/>
        <w:ind w:left="720"/>
      </w:pPr>
    </w:p>
    <w:p w14:paraId="29FAE396" w14:textId="77777777" w:rsidR="000F2848" w:rsidRPr="00C720D8" w:rsidRDefault="00000000">
      <w:pPr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b/>
          <w:lang w:val="pt-BR"/>
        </w:rPr>
        <w:t>8. Referências Essenciais (máx. 5)</w:t>
      </w:r>
    </w:p>
    <w:p w14:paraId="4D819758" w14:textId="77777777" w:rsidR="00C720D8" w:rsidRPr="00C720D8" w:rsidRDefault="00000000" w:rsidP="00C720D8">
      <w:pPr>
        <w:pStyle w:val="p1"/>
        <w:numPr>
          <w:ilvl w:val="0"/>
          <w:numId w:val="17"/>
        </w:numPr>
      </w:pPr>
      <w:r w:rsidRPr="00C720D8">
        <w:rPr>
          <w:sz w:val="22"/>
        </w:rPr>
        <w:t xml:space="preserve">Texto </w:t>
      </w:r>
      <w:r w:rsidR="00C720D8" w:rsidRPr="00C720D8">
        <w:rPr>
          <w:rStyle w:val="s1"/>
        </w:rPr>
        <w:t xml:space="preserve">Máx. </w:t>
      </w:r>
      <w:r w:rsidR="00C720D8" w:rsidRPr="00C720D8">
        <w:rPr>
          <w:b/>
          <w:bCs/>
        </w:rPr>
        <w:t>5 referências</w:t>
      </w:r>
    </w:p>
    <w:p w14:paraId="18F9A9EA" w14:textId="6B5DD288" w:rsidR="000F2848" w:rsidRPr="00C720D8" w:rsidRDefault="00C720D8" w:rsidP="00C720D8">
      <w:pPr>
        <w:pStyle w:val="p1"/>
        <w:numPr>
          <w:ilvl w:val="0"/>
          <w:numId w:val="17"/>
        </w:numPr>
      </w:pPr>
      <w:r w:rsidRPr="00C720D8">
        <w:t>ABNT</w:t>
      </w:r>
    </w:p>
    <w:p w14:paraId="73D7F060" w14:textId="77777777" w:rsidR="00C720D8" w:rsidRPr="00C720D8" w:rsidRDefault="00C720D8" w:rsidP="00C720D8">
      <w:pPr>
        <w:pStyle w:val="p1"/>
      </w:pPr>
    </w:p>
    <w:p w14:paraId="76676CE3" w14:textId="77777777" w:rsidR="00C720D8" w:rsidRPr="00C720D8" w:rsidRDefault="00C720D8" w:rsidP="00C720D8">
      <w:pPr>
        <w:pStyle w:val="p1"/>
      </w:pPr>
    </w:p>
    <w:p w14:paraId="5B5E1651" w14:textId="77777777" w:rsidR="00C720D8" w:rsidRPr="00C720D8" w:rsidRDefault="00C720D8" w:rsidP="00C720D8">
      <w:pPr>
        <w:pStyle w:val="p1"/>
      </w:pPr>
    </w:p>
    <w:p w14:paraId="6D200301" w14:textId="31E07229" w:rsidR="00C720D8" w:rsidRPr="00C720D8" w:rsidRDefault="00C720D8" w:rsidP="00C720D8">
      <w:pPr>
        <w:pStyle w:val="Ttulo1"/>
        <w:spacing w:before="0" w:line="240" w:lineRule="auto"/>
        <w:jc w:val="center"/>
        <w:rPr>
          <w:rFonts w:ascii="Times New Roman" w:hAnsi="Times New Roman" w:cs="Times New Roman"/>
          <w:sz w:val="32"/>
          <w:szCs w:val="32"/>
          <w:lang w:val="pt-BR"/>
        </w:rPr>
      </w:pPr>
      <w:r w:rsidRPr="00C720D8">
        <w:rPr>
          <w:rFonts w:ascii="Times New Roman" w:hAnsi="Times New Roman" w:cs="Times New Roman"/>
          <w:sz w:val="32"/>
          <w:szCs w:val="32"/>
          <w:lang w:val="pt-BR"/>
        </w:rPr>
        <w:lastRenderedPageBreak/>
        <w:t>NORMAS E REGRAS</w:t>
      </w:r>
    </w:p>
    <w:p w14:paraId="095F5A05" w14:textId="6A4A719D" w:rsidR="00C720D8" w:rsidRPr="00C720D8" w:rsidRDefault="00C720D8" w:rsidP="00C720D8">
      <w:pPr>
        <w:pStyle w:val="Ttulo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pt-BR"/>
        </w:rPr>
      </w:pPr>
      <w:r w:rsidRPr="00C720D8"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pt-BR"/>
        </w:rPr>
        <w:t xml:space="preserve">(apagar a partir daqui antes de enviar o </w:t>
      </w:r>
      <w:proofErr w:type="spellStart"/>
      <w:r w:rsidRPr="00C720D8"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pt-BR"/>
        </w:rPr>
        <w:t>template</w:t>
      </w:r>
      <w:proofErr w:type="spellEnd"/>
      <w:r w:rsidRPr="00C720D8"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pt-BR"/>
        </w:rPr>
        <w:t xml:space="preserve"> no Even3)</w:t>
      </w:r>
    </w:p>
    <w:p w14:paraId="3F9CF7EE" w14:textId="77777777" w:rsidR="00C720D8" w:rsidRPr="00C720D8" w:rsidRDefault="00C720D8" w:rsidP="00C720D8">
      <w:pPr>
        <w:rPr>
          <w:lang w:val="pt-BR"/>
        </w:rPr>
      </w:pPr>
    </w:p>
    <w:p w14:paraId="6EAA83A5" w14:textId="4F9C8729" w:rsidR="00C720D8" w:rsidRPr="00C720D8" w:rsidRDefault="00C720D8" w:rsidP="00C720D8">
      <w:pPr>
        <w:pStyle w:val="p3"/>
        <w:spacing w:before="0" w:beforeAutospacing="0" w:after="0" w:afterAutospacing="0" w:line="360" w:lineRule="auto"/>
        <w:ind w:firstLine="567"/>
        <w:jc w:val="both"/>
      </w:pPr>
      <w:r w:rsidRPr="00C720D8">
        <w:rPr>
          <w:rStyle w:val="s2"/>
          <w:rFonts w:eastAsiaTheme="majorEastAsia"/>
        </w:rPr>
        <w:t xml:space="preserve">Os trabalhos aprovados para a </w:t>
      </w:r>
      <w:r w:rsidRPr="00C720D8">
        <w:t>Sessão Acadêmica do In</w:t>
      </w:r>
      <w:r w:rsidRPr="00C720D8">
        <w:t xml:space="preserve"> </w:t>
      </w:r>
      <w:r w:rsidRPr="00C720D8">
        <w:t xml:space="preserve">Mission </w:t>
      </w:r>
      <w:r w:rsidRPr="00C720D8">
        <w:t xml:space="preserve">2026 </w:t>
      </w:r>
      <w:r w:rsidRPr="00C720D8">
        <w:rPr>
          <w:rStyle w:val="s2"/>
          <w:rFonts w:eastAsiaTheme="majorEastAsia"/>
        </w:rPr>
        <w:t xml:space="preserve">deverão ser apresentados obrigatoriamente no </w:t>
      </w:r>
      <w:r w:rsidRPr="00C720D8">
        <w:t>formato de banner aplicado</w:t>
      </w:r>
      <w:r w:rsidRPr="00C720D8">
        <w:rPr>
          <w:rStyle w:val="s2"/>
          <w:rFonts w:eastAsiaTheme="majorEastAsia"/>
        </w:rPr>
        <w:t xml:space="preserve">, conforme o </w:t>
      </w:r>
      <w:proofErr w:type="spellStart"/>
      <w:r w:rsidRPr="00C720D8">
        <w:t>template</w:t>
      </w:r>
      <w:proofErr w:type="spellEnd"/>
      <w:r w:rsidRPr="00C720D8">
        <w:t xml:space="preserve"> oficial </w:t>
      </w:r>
      <w:r w:rsidRPr="00C720D8">
        <w:t>acima disponibilizado.</w:t>
      </w:r>
    </w:p>
    <w:p w14:paraId="14E6B968" w14:textId="42FA1BA4" w:rsidR="00C720D8" w:rsidRPr="00C720D8" w:rsidRDefault="00C720D8" w:rsidP="00C720D8">
      <w:pPr>
        <w:pStyle w:val="p4"/>
        <w:spacing w:before="0" w:beforeAutospacing="0" w:after="0" w:afterAutospacing="0" w:line="360" w:lineRule="auto"/>
        <w:ind w:firstLine="567"/>
        <w:jc w:val="both"/>
      </w:pPr>
      <w:r w:rsidRPr="00C720D8">
        <w:t xml:space="preserve">O objetivo do banner é </w:t>
      </w:r>
      <w:r w:rsidRPr="00C720D8">
        <w:rPr>
          <w:rStyle w:val="s3"/>
        </w:rPr>
        <w:t>comunicar de forma clara, sintética e visualmente acessível</w:t>
      </w:r>
      <w:r w:rsidRPr="00C720D8">
        <w:t xml:space="preserve"> uma proposta, projeto, experiência missionária ou estudo de caso, em diálogo com a teologia pastoral, a missão e a evangelização no contexto urbano. Não se trata de um artigo científico completo, mas de uma </w:t>
      </w:r>
      <w:r w:rsidRPr="00C720D8">
        <w:rPr>
          <w:rStyle w:val="s3"/>
        </w:rPr>
        <w:t>apresentação acadêmica aplicada</w:t>
      </w:r>
      <w:r w:rsidRPr="00C720D8">
        <w:t>, pensada para leitura em circulação e interação direta com o público.</w:t>
      </w:r>
    </w:p>
    <w:p w14:paraId="7178F2E8" w14:textId="589EDB20" w:rsidR="00C720D8" w:rsidRPr="00C720D8" w:rsidRDefault="00C720D8" w:rsidP="00C720D8">
      <w:pPr>
        <w:pStyle w:val="p4"/>
        <w:spacing w:before="0" w:beforeAutospacing="0" w:after="0" w:afterAutospacing="0" w:line="360" w:lineRule="auto"/>
        <w:ind w:firstLine="567"/>
        <w:jc w:val="both"/>
      </w:pPr>
      <w:r w:rsidRPr="00C720D8">
        <w:t xml:space="preserve">Para garantir </w:t>
      </w:r>
      <w:r w:rsidRPr="00C720D8">
        <w:rPr>
          <w:rStyle w:val="s3"/>
        </w:rPr>
        <w:t>padronização visual, qualidade acadêmica e equidade na avaliação</w:t>
      </w:r>
      <w:r w:rsidRPr="00C720D8">
        <w:t xml:space="preserve">, todos os trabalhos deverão respeitar rigorosamente as normas de estrutura, formatação e extensão estabelecidas neste </w:t>
      </w:r>
      <w:proofErr w:type="spellStart"/>
      <w:r w:rsidRPr="00C720D8">
        <w:t>template</w:t>
      </w:r>
      <w:proofErr w:type="spellEnd"/>
      <w:r w:rsidRPr="00C720D8">
        <w:t xml:space="preserve"> (ou seja, as seções acima demostradas não são opcionais, mas obrigatórias e devem existir em todos os trabalhos enviados, tal como disposto acima)</w:t>
      </w:r>
      <w:r w:rsidRPr="00C720D8">
        <w:t xml:space="preserve">. Textos que excedam ou não alcancem os limites mínimos e máximos </w:t>
      </w:r>
      <w:r w:rsidRPr="00C720D8">
        <w:t xml:space="preserve">de caracteres </w:t>
      </w:r>
      <w:r w:rsidRPr="00C720D8">
        <w:t>definidos para cada seção poderão ser devolvidos para ajustes ou desconsiderados.</w:t>
      </w:r>
    </w:p>
    <w:p w14:paraId="0411D2B6" w14:textId="0B28D840" w:rsidR="00C720D8" w:rsidRPr="00C720D8" w:rsidRDefault="00C720D8" w:rsidP="00C720D8">
      <w:pPr>
        <w:pStyle w:val="p3"/>
        <w:spacing w:before="0" w:beforeAutospacing="0" w:after="0" w:afterAutospacing="0" w:line="360" w:lineRule="auto"/>
        <w:ind w:firstLine="567"/>
        <w:jc w:val="both"/>
      </w:pPr>
      <w:r w:rsidRPr="00C720D8">
        <w:rPr>
          <w:rStyle w:val="s2"/>
          <w:rFonts w:eastAsiaTheme="majorEastAsia"/>
        </w:rPr>
        <w:t xml:space="preserve">Recomenda-se o uso de </w:t>
      </w:r>
      <w:r w:rsidRPr="00C720D8">
        <w:t>linguagem objetiva, direta e aplicada</w:t>
      </w:r>
      <w:r w:rsidRPr="00C720D8">
        <w:rPr>
          <w:rStyle w:val="s2"/>
          <w:rFonts w:eastAsiaTheme="majorEastAsia"/>
        </w:rPr>
        <w:t xml:space="preserve">, evitando revisões extensas de literatura, longas citações ou excesso de jargões. O foco deve estar na </w:t>
      </w:r>
      <w:r w:rsidRPr="00C720D8">
        <w:t>clareza do problema</w:t>
      </w:r>
      <w:r w:rsidRPr="00C720D8">
        <w:rPr>
          <w:rStyle w:val="s2"/>
          <w:rFonts w:eastAsiaTheme="majorEastAsia"/>
        </w:rPr>
        <w:t xml:space="preserve">, na </w:t>
      </w:r>
      <w:r w:rsidRPr="00C720D8">
        <w:t>descrição da proposta ou experiência</w:t>
      </w:r>
      <w:r w:rsidRPr="00C720D8">
        <w:rPr>
          <w:rStyle w:val="s2"/>
          <w:rFonts w:eastAsiaTheme="majorEastAsia"/>
        </w:rPr>
        <w:t xml:space="preserve">, nos </w:t>
      </w:r>
      <w:r w:rsidRPr="00C720D8">
        <w:t>aprendizados obtidos</w:t>
      </w:r>
      <w:r w:rsidRPr="00C720D8">
        <w:rPr>
          <w:rStyle w:val="s2"/>
          <w:rFonts w:eastAsiaTheme="majorEastAsia"/>
        </w:rPr>
        <w:t xml:space="preserve"> e nas </w:t>
      </w:r>
      <w:r w:rsidRPr="00C720D8">
        <w:t>contribuições práticas para a missão da igreja</w:t>
      </w:r>
      <w:r w:rsidRPr="00C720D8">
        <w:rPr>
          <w:rStyle w:val="s2"/>
          <w:rFonts w:eastAsiaTheme="majorEastAsia"/>
        </w:rPr>
        <w:t>.</w:t>
      </w:r>
      <w:r w:rsidRPr="00C720D8">
        <w:rPr>
          <w:rStyle w:val="s2"/>
          <w:rFonts w:eastAsiaTheme="majorEastAsia"/>
        </w:rPr>
        <w:t xml:space="preserve"> Evite-se termos e jargões muito religiosos e escreva em uma linguagem clara, simples e direta. Opte sempre pelo padrão da norma culta da língua portuguesa. E não se esqueça: é um trabalho acadêmico e não um sermão (mas ele deve ser, sim, espiritual e inspirador).</w:t>
      </w:r>
    </w:p>
    <w:p w14:paraId="6E735DBA" w14:textId="56A9EA01" w:rsidR="00C720D8" w:rsidRPr="00C720D8" w:rsidRDefault="00C720D8" w:rsidP="00C720D8">
      <w:pPr>
        <w:pStyle w:val="p4"/>
        <w:spacing w:before="0" w:beforeAutospacing="0" w:after="0" w:afterAutospacing="0" w:line="360" w:lineRule="auto"/>
        <w:ind w:firstLine="567"/>
        <w:jc w:val="both"/>
      </w:pPr>
      <w:r w:rsidRPr="00C720D8">
        <w:t>O conteúdo apresentado é de inteira responsabilidade dos autores, que assumem a autoria intelectual e a originalidade do trabalho submetido. A submissão implica concordância integral com as normas, prazos e critérios definidos pela organização do In</w:t>
      </w:r>
      <w:r w:rsidRPr="00C720D8">
        <w:t xml:space="preserve"> </w:t>
      </w:r>
      <w:r w:rsidRPr="00C720D8">
        <w:t>Mission 2026.</w:t>
      </w:r>
    </w:p>
    <w:p w14:paraId="1CE77237" w14:textId="0D30141C" w:rsidR="00C720D8" w:rsidRPr="00C720D8" w:rsidRDefault="00C720D8" w:rsidP="00C720D8">
      <w:pPr>
        <w:pStyle w:val="p4"/>
        <w:spacing w:before="0" w:beforeAutospacing="0" w:after="0" w:afterAutospacing="0" w:line="360" w:lineRule="auto"/>
        <w:ind w:firstLine="567"/>
        <w:jc w:val="both"/>
        <w:rPr>
          <w:rStyle w:val="s3"/>
        </w:rPr>
      </w:pPr>
      <w:r w:rsidRPr="00C720D8">
        <w:t>As especificações técnicas de formatação, limites de caracteres (mínimo e máximo) e orientações detalhadas para cada seção do banner encontram-se a seguir.</w:t>
      </w:r>
    </w:p>
    <w:p w14:paraId="1E18DCEB" w14:textId="77777777" w:rsidR="00C720D8" w:rsidRPr="00C720D8" w:rsidRDefault="00C720D8" w:rsidP="00C720D8">
      <w:pPr>
        <w:pStyle w:val="Ttulo1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BD58F84" w14:textId="18EB834D" w:rsidR="00C720D8" w:rsidRPr="00C720D8" w:rsidRDefault="00C720D8" w:rsidP="00C720D8">
      <w:pPr>
        <w:pStyle w:val="Ttulo1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C720D8">
        <w:rPr>
          <w:rFonts w:ascii="Times New Roman" w:hAnsi="Times New Roman" w:cs="Times New Roman"/>
          <w:sz w:val="24"/>
          <w:szCs w:val="24"/>
          <w:lang w:val="pt-BR"/>
        </w:rPr>
        <w:t xml:space="preserve">PADRONIZAÇÃO </w:t>
      </w:r>
      <w:r w:rsidRPr="00C720D8">
        <w:rPr>
          <w:rFonts w:ascii="Times New Roman" w:hAnsi="Times New Roman" w:cs="Times New Roman"/>
          <w:sz w:val="24"/>
          <w:szCs w:val="24"/>
          <w:lang w:val="pt-BR"/>
        </w:rPr>
        <w:t>DO TEXTO A SER DIAGRAMADO NO</w:t>
      </w:r>
      <w:r w:rsidRPr="00C720D8">
        <w:rPr>
          <w:rFonts w:ascii="Times New Roman" w:hAnsi="Times New Roman" w:cs="Times New Roman"/>
          <w:sz w:val="24"/>
          <w:szCs w:val="24"/>
          <w:lang w:val="pt-BR"/>
        </w:rPr>
        <w:t xml:space="preserve"> BANNER (1,00 × 1,20 m)</w:t>
      </w:r>
    </w:p>
    <w:p w14:paraId="3AEF782C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📐</w:t>
      </w:r>
      <w:r w:rsidRPr="00C720D8">
        <w:t xml:space="preserve"> </w:t>
      </w:r>
      <w:r w:rsidRPr="00C720D8">
        <w:rPr>
          <w:rStyle w:val="s2"/>
          <w:rFonts w:eastAsiaTheme="majorEastAsia"/>
          <w:b/>
          <w:bCs/>
        </w:rPr>
        <w:t>Formato:</w:t>
      </w:r>
      <w:r w:rsidRPr="00C720D8">
        <w:t xml:space="preserve"> vertical | 2 colunas | leitura em circulação</w:t>
      </w:r>
    </w:p>
    <w:p w14:paraId="0FE1F2D3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🎯</w:t>
      </w:r>
      <w:r w:rsidRPr="00C720D8">
        <w:t xml:space="preserve"> </w:t>
      </w:r>
      <w:r w:rsidRPr="00C720D8">
        <w:rPr>
          <w:rStyle w:val="s2"/>
          <w:rFonts w:eastAsiaTheme="majorEastAsia"/>
          <w:b/>
          <w:bCs/>
        </w:rPr>
        <w:t>Objetivo:</w:t>
      </w:r>
      <w:r w:rsidRPr="00C720D8">
        <w:t xml:space="preserve"> clareza + síntese + aplicação missionária</w:t>
      </w:r>
    </w:p>
    <w:p w14:paraId="6A2D3D06" w14:textId="46E1593A" w:rsidR="00C720D8" w:rsidRPr="00C720D8" w:rsidRDefault="00C720D8" w:rsidP="00C720D8">
      <w:pPr>
        <w:pStyle w:val="p3"/>
        <w:rPr>
          <w:rStyle w:val="s3"/>
        </w:rPr>
      </w:pPr>
      <w:r w:rsidRPr="00C720D8">
        <w:t xml:space="preserve">Importante: quem irá diagramar o texto e imprimir o banner é a organização do In Mission, sendo assim, a responsabilidade de cada autor é apenas entregar o </w:t>
      </w:r>
      <w:proofErr w:type="spellStart"/>
      <w:r w:rsidRPr="00C720D8">
        <w:t>template</w:t>
      </w:r>
      <w:proofErr w:type="spellEnd"/>
      <w:r w:rsidRPr="00C720D8">
        <w:t xml:space="preserve"> acima preenchido corretamente e ser aprovado para apresentação.</w:t>
      </w:r>
    </w:p>
    <w:p w14:paraId="45A91679" w14:textId="4E28ED9F" w:rsidR="00C720D8" w:rsidRPr="00C720D8" w:rsidRDefault="00C720D8" w:rsidP="00C720D8">
      <w:pPr>
        <w:pStyle w:val="Ttulo2"/>
        <w:rPr>
          <w:rFonts w:ascii="Times New Roman" w:hAnsi="Times New Roman" w:cs="Times New Roman"/>
          <w:lang w:val="pt-BR"/>
        </w:rPr>
      </w:pPr>
      <w:r w:rsidRPr="00C720D8">
        <w:rPr>
          <w:rFonts w:ascii="Apple Color Emoji" w:hAnsi="Apple Color Emoji" w:cs="Apple Color Emoji"/>
          <w:lang w:val="pt-BR"/>
        </w:rPr>
        <w:t>🔹</w:t>
      </w:r>
      <w:r w:rsidRPr="00C720D8">
        <w:rPr>
          <w:rFonts w:ascii="Times New Roman" w:hAnsi="Times New Roman" w:cs="Times New Roman"/>
          <w:lang w:val="pt-BR"/>
        </w:rPr>
        <w:t xml:space="preserve"> TÍTULO E IDENTIFICAÇÃO</w:t>
      </w:r>
    </w:p>
    <w:p w14:paraId="02CFF2AF" w14:textId="77777777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TÍTULO DO TRABALHO</w:t>
      </w:r>
    </w:p>
    <w:p w14:paraId="7E9DC510" w14:textId="77777777" w:rsidR="00C720D8" w:rsidRPr="00C720D8" w:rsidRDefault="00C720D8" w:rsidP="00C720D8">
      <w:pPr>
        <w:pStyle w:val="p1"/>
        <w:numPr>
          <w:ilvl w:val="0"/>
          <w:numId w:val="18"/>
        </w:numPr>
      </w:pPr>
      <w:r w:rsidRPr="00C720D8">
        <w:rPr>
          <w:b/>
          <w:bCs/>
        </w:rPr>
        <w:t>Máx.: 120 caracteres (com espaços)</w:t>
      </w:r>
    </w:p>
    <w:p w14:paraId="1936D041" w14:textId="6B467A04" w:rsidR="00C720D8" w:rsidRPr="00C720D8" w:rsidRDefault="00C720D8" w:rsidP="00C720D8">
      <w:pPr>
        <w:pStyle w:val="p1"/>
        <w:numPr>
          <w:ilvl w:val="0"/>
          <w:numId w:val="18"/>
        </w:numPr>
      </w:pPr>
      <w:r w:rsidRPr="00C720D8">
        <w:t>Recomendado: 80–100</w:t>
      </w:r>
    </w:p>
    <w:p w14:paraId="66DFFE9D" w14:textId="77777777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SUBTÍTULO</w:t>
      </w:r>
    </w:p>
    <w:p w14:paraId="3A37C54C" w14:textId="77777777" w:rsidR="00C720D8" w:rsidRPr="00C720D8" w:rsidRDefault="00C720D8" w:rsidP="00C720D8">
      <w:pPr>
        <w:pStyle w:val="p1"/>
        <w:numPr>
          <w:ilvl w:val="0"/>
          <w:numId w:val="19"/>
        </w:numPr>
      </w:pPr>
      <w:r w:rsidRPr="00C720D8">
        <w:rPr>
          <w:b/>
          <w:bCs/>
        </w:rPr>
        <w:t>Máx.: 10 palavras</w:t>
      </w:r>
    </w:p>
    <w:p w14:paraId="6685E25B" w14:textId="6AD0C708" w:rsidR="00C720D8" w:rsidRPr="00C720D8" w:rsidRDefault="00C720D8" w:rsidP="00C720D8">
      <w:pPr>
        <w:pStyle w:val="p1"/>
        <w:numPr>
          <w:ilvl w:val="0"/>
          <w:numId w:val="19"/>
        </w:numPr>
      </w:pPr>
      <w:r w:rsidRPr="00C720D8">
        <w:rPr>
          <w:b/>
          <w:bCs/>
        </w:rPr>
        <w:t>Máx. absoluto:</w:t>
      </w:r>
      <w:r w:rsidRPr="00C720D8">
        <w:rPr>
          <w:rStyle w:val="s1"/>
        </w:rPr>
        <w:t xml:space="preserve"> 70 caracteres</w:t>
      </w:r>
    </w:p>
    <w:p w14:paraId="3949B04D" w14:textId="77777777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AUTORES + INSTITUIÇÃO + E-MAIL</w:t>
      </w:r>
    </w:p>
    <w:p w14:paraId="5AFD3B62" w14:textId="77777777" w:rsidR="00C720D8" w:rsidRPr="00C720D8" w:rsidRDefault="00C720D8" w:rsidP="00C720D8">
      <w:pPr>
        <w:pStyle w:val="p1"/>
        <w:numPr>
          <w:ilvl w:val="0"/>
          <w:numId w:val="20"/>
        </w:numPr>
      </w:pPr>
      <w:r w:rsidRPr="00C720D8">
        <w:rPr>
          <w:rStyle w:val="s1"/>
        </w:rPr>
        <w:t xml:space="preserve">Até </w:t>
      </w:r>
      <w:r w:rsidRPr="00C720D8">
        <w:rPr>
          <w:b/>
          <w:bCs/>
        </w:rPr>
        <w:t>3 autores</w:t>
      </w:r>
    </w:p>
    <w:p w14:paraId="3FDC0E65" w14:textId="77777777" w:rsidR="00C720D8" w:rsidRPr="00C720D8" w:rsidRDefault="00C720D8" w:rsidP="00C720D8">
      <w:pPr>
        <w:pStyle w:val="p1"/>
        <w:numPr>
          <w:ilvl w:val="0"/>
          <w:numId w:val="20"/>
        </w:numPr>
      </w:pPr>
      <w:r w:rsidRPr="00C720D8">
        <w:rPr>
          <w:rStyle w:val="s1"/>
          <w:b/>
          <w:bCs/>
        </w:rPr>
        <w:t>Máx. total:</w:t>
      </w:r>
      <w:r w:rsidRPr="00C720D8">
        <w:t xml:space="preserve"> 250 caracteres</w:t>
      </w:r>
    </w:p>
    <w:p w14:paraId="27DC3C90" w14:textId="01C46DF7" w:rsidR="00C720D8" w:rsidRPr="00C720D8" w:rsidRDefault="00C720D8" w:rsidP="00C720D8">
      <w:pPr>
        <w:pStyle w:val="p1"/>
        <w:ind w:left="720"/>
        <w:rPr>
          <w:rStyle w:val="s3"/>
        </w:rPr>
      </w:pPr>
      <w:r w:rsidRPr="00C720D8">
        <w:t>(incluindo instituição, cidade/estado/país e e-mails)</w:t>
      </w:r>
    </w:p>
    <w:p w14:paraId="38961911" w14:textId="4F0D46A9" w:rsidR="00C720D8" w:rsidRPr="00C720D8" w:rsidRDefault="00C720D8" w:rsidP="00C720D8">
      <w:pPr>
        <w:pStyle w:val="Ttulo2"/>
        <w:rPr>
          <w:rFonts w:ascii="Times New Roman" w:hAnsi="Times New Roman" w:cs="Times New Roman"/>
          <w:lang w:val="pt-BR"/>
        </w:rPr>
      </w:pPr>
      <w:r w:rsidRPr="00C720D8">
        <w:rPr>
          <w:rFonts w:ascii="Apple Color Emoji" w:hAnsi="Apple Color Emoji" w:cs="Apple Color Emoji"/>
          <w:lang w:val="pt-BR"/>
        </w:rPr>
        <w:t>🔹</w:t>
      </w:r>
      <w:r w:rsidRPr="00C720D8">
        <w:rPr>
          <w:rFonts w:ascii="Times New Roman" w:hAnsi="Times New Roman" w:cs="Times New Roman"/>
          <w:lang w:val="pt-BR"/>
        </w:rPr>
        <w:t xml:space="preserve"> CORPO DO BANNER (SEÇÕES)</w:t>
      </w:r>
    </w:p>
    <w:p w14:paraId="6EAC4861" w14:textId="77777777" w:rsidR="00C720D8" w:rsidRPr="00C720D8" w:rsidRDefault="00C720D8" w:rsidP="00C720D8">
      <w:pPr>
        <w:rPr>
          <w:rFonts w:ascii="Times New Roman" w:hAnsi="Times New Roman" w:cs="Times New Roman"/>
          <w:lang w:val="pt-BR"/>
        </w:rPr>
      </w:pPr>
    </w:p>
    <w:p w14:paraId="33175825" w14:textId="07B339FE" w:rsidR="00C720D8" w:rsidRPr="00C720D8" w:rsidRDefault="00C720D8" w:rsidP="00C720D8">
      <w:pPr>
        <w:rPr>
          <w:rStyle w:val="s3"/>
          <w:rFonts w:ascii="Times New Roman" w:hAnsi="Times New Roman" w:cs="Times New Roman"/>
          <w:color w:val="0E0E0E"/>
          <w:sz w:val="28"/>
          <w:szCs w:val="24"/>
          <w:lang w:val="pt-BR"/>
        </w:rPr>
      </w:pPr>
      <w:r w:rsidRPr="00C720D8">
        <w:rPr>
          <w:rFonts w:ascii="Apple Color Emoji" w:hAnsi="Apple Color Emoji" w:cs="Apple Color Emoji"/>
          <w:color w:val="0E0E0E"/>
          <w:sz w:val="24"/>
          <w:szCs w:val="24"/>
          <w:lang w:val="pt-BR"/>
        </w:rPr>
        <w:t>⚠️</w:t>
      </w:r>
      <w:r w:rsidRPr="00C720D8">
        <w:rPr>
          <w:rFonts w:ascii="Times New Roman" w:hAnsi="Times New Roman" w:cs="Times New Roman"/>
          <w:color w:val="0E0E0E"/>
          <w:sz w:val="28"/>
          <w:szCs w:val="24"/>
          <w:lang w:val="pt-BR"/>
        </w:rPr>
        <w:t xml:space="preserve"> Regra geral:</w:t>
      </w:r>
      <w:r w:rsidRPr="00C720D8">
        <w:rPr>
          <w:rFonts w:ascii="Times New Roman" w:hAnsi="Times New Roman" w:cs="Times New Roman"/>
          <w:color w:val="0E0E0E"/>
          <w:sz w:val="28"/>
          <w:szCs w:val="24"/>
          <w:lang w:val="pt-BR"/>
        </w:rPr>
        <w:t xml:space="preserve"> </w:t>
      </w:r>
      <w:r w:rsidRPr="00C720D8">
        <w:rPr>
          <w:rStyle w:val="s2"/>
          <w:rFonts w:ascii="Times New Roman" w:hAnsi="Times New Roman" w:cs="Times New Roman"/>
          <w:b/>
          <w:bCs/>
          <w:color w:val="0E0E0E"/>
          <w:sz w:val="28"/>
          <w:szCs w:val="24"/>
          <w:lang w:val="pt-BR"/>
        </w:rPr>
        <w:t>cada seção deve caber em 5–7 linhas visuais</w:t>
      </w:r>
      <w:r w:rsidRPr="00C720D8">
        <w:rPr>
          <w:rFonts w:ascii="Times New Roman" w:hAnsi="Times New Roman" w:cs="Times New Roman"/>
          <w:color w:val="0E0E0E"/>
          <w:sz w:val="28"/>
          <w:szCs w:val="24"/>
          <w:lang w:val="pt-BR"/>
        </w:rPr>
        <w:t xml:space="preserve">, </w:t>
      </w:r>
      <w:r w:rsidRPr="00C720D8">
        <w:rPr>
          <w:rFonts w:ascii="Times New Roman" w:hAnsi="Times New Roman" w:cs="Times New Roman"/>
          <w:color w:val="0E0E0E"/>
          <w:sz w:val="28"/>
          <w:szCs w:val="24"/>
          <w:lang w:val="pt-BR"/>
        </w:rPr>
        <w:t>no trabalho aqui escrito elas devem usar Times New Roman tamanho 12.</w:t>
      </w:r>
    </w:p>
    <w:p w14:paraId="2D35C326" w14:textId="595274AD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1. Contexto e Problema</w:t>
      </w:r>
    </w:p>
    <w:p w14:paraId="028C52FD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“porquê” do projeto</w:t>
      </w:r>
    </w:p>
    <w:p w14:paraId="5C5860A4" w14:textId="77777777" w:rsidR="00C720D8" w:rsidRPr="00C720D8" w:rsidRDefault="00C720D8" w:rsidP="00C720D8">
      <w:pPr>
        <w:pStyle w:val="p1"/>
        <w:numPr>
          <w:ilvl w:val="0"/>
          <w:numId w:val="21"/>
        </w:numPr>
      </w:pPr>
      <w:r w:rsidRPr="00C720D8">
        <w:rPr>
          <w:rStyle w:val="s1"/>
          <w:b/>
          <w:bCs/>
        </w:rPr>
        <w:t>Mínimo:</w:t>
      </w:r>
      <w:r w:rsidRPr="00C720D8">
        <w:t xml:space="preserve"> 400 caracteres</w:t>
      </w:r>
    </w:p>
    <w:p w14:paraId="68ADAD72" w14:textId="5F710D8F" w:rsidR="00C720D8" w:rsidRPr="00C720D8" w:rsidRDefault="00C720D8" w:rsidP="00C720D8">
      <w:pPr>
        <w:pStyle w:val="p1"/>
        <w:numPr>
          <w:ilvl w:val="0"/>
          <w:numId w:val="21"/>
        </w:numPr>
      </w:pPr>
      <w:r w:rsidRPr="00C720D8">
        <w:rPr>
          <w:rStyle w:val="s1"/>
          <w:b/>
          <w:bCs/>
        </w:rPr>
        <w:t>Máximo:</w:t>
      </w:r>
      <w:r w:rsidRPr="00C720D8">
        <w:t xml:space="preserve"> 600 caracteres</w:t>
      </w:r>
    </w:p>
    <w:p w14:paraId="65DED0BE" w14:textId="56510226" w:rsidR="00C720D8" w:rsidRPr="00C720D8" w:rsidRDefault="00C720D8" w:rsidP="00C720D8">
      <w:pPr>
        <w:pStyle w:val="p3"/>
        <w:rPr>
          <w:rStyle w:val="s3"/>
        </w:rPr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Aqui se espera </w:t>
      </w:r>
      <w:r w:rsidRPr="00C720D8">
        <w:rPr>
          <w:rStyle w:val="s2"/>
          <w:rFonts w:eastAsiaTheme="majorEastAsia"/>
          <w:b/>
          <w:bCs/>
        </w:rPr>
        <w:t>clareza do problema</w:t>
      </w:r>
      <w:r w:rsidRPr="00C720D8">
        <w:t>, não revisão de literatura.</w:t>
      </w:r>
    </w:p>
    <w:p w14:paraId="4C7B494B" w14:textId="0F221D57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lastRenderedPageBreak/>
        <w:t>2. Objetivo da Proposta / Projeto</w:t>
      </w:r>
    </w:p>
    <w:p w14:paraId="30B7A6BA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que se buscou fazer</w:t>
      </w:r>
    </w:p>
    <w:p w14:paraId="1083F74E" w14:textId="77777777" w:rsidR="00C720D8" w:rsidRPr="00C720D8" w:rsidRDefault="00C720D8" w:rsidP="00C720D8">
      <w:pPr>
        <w:pStyle w:val="p1"/>
        <w:numPr>
          <w:ilvl w:val="0"/>
          <w:numId w:val="22"/>
        </w:numPr>
      </w:pPr>
      <w:r w:rsidRPr="00C720D8">
        <w:rPr>
          <w:rStyle w:val="s1"/>
          <w:b/>
          <w:bCs/>
        </w:rPr>
        <w:t>Mínimo:</w:t>
      </w:r>
      <w:r w:rsidRPr="00C720D8">
        <w:t xml:space="preserve"> 200 caracteres</w:t>
      </w:r>
    </w:p>
    <w:p w14:paraId="3E2AF4D3" w14:textId="1133074F" w:rsidR="00C720D8" w:rsidRPr="00C720D8" w:rsidRDefault="00C720D8" w:rsidP="00C720D8">
      <w:pPr>
        <w:pStyle w:val="p1"/>
        <w:numPr>
          <w:ilvl w:val="0"/>
          <w:numId w:val="22"/>
        </w:numPr>
      </w:pPr>
      <w:r w:rsidRPr="00C720D8">
        <w:rPr>
          <w:rStyle w:val="s1"/>
          <w:b/>
          <w:bCs/>
        </w:rPr>
        <w:t>Máximo:</w:t>
      </w:r>
      <w:r w:rsidRPr="00C720D8">
        <w:t xml:space="preserve"> 350 caracteres</w:t>
      </w:r>
    </w:p>
    <w:p w14:paraId="23A4BA17" w14:textId="45F44174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Um objetivo geral + (opcionalmente) 2 específicos bem curtos.</w:t>
      </w:r>
    </w:p>
    <w:p w14:paraId="342C4A68" w14:textId="77777777" w:rsidR="00C720D8" w:rsidRPr="00C720D8" w:rsidRDefault="00C720D8" w:rsidP="00C720D8">
      <w:pPr>
        <w:pStyle w:val="p3"/>
        <w:rPr>
          <w:rStyle w:val="s3"/>
        </w:rPr>
      </w:pPr>
    </w:p>
    <w:p w14:paraId="35DCB04B" w14:textId="222F38E5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3. Fundamentação Teórica ou Bíblica</w:t>
      </w:r>
    </w:p>
    <w:p w14:paraId="6E63F58D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“porquê faz sentido”</w:t>
      </w:r>
    </w:p>
    <w:p w14:paraId="0BD01265" w14:textId="77777777" w:rsidR="00C720D8" w:rsidRPr="00C720D8" w:rsidRDefault="00C720D8" w:rsidP="00C720D8">
      <w:pPr>
        <w:pStyle w:val="p1"/>
        <w:numPr>
          <w:ilvl w:val="0"/>
          <w:numId w:val="23"/>
        </w:numPr>
      </w:pPr>
      <w:r w:rsidRPr="00C720D8">
        <w:rPr>
          <w:rStyle w:val="s1"/>
          <w:b/>
          <w:bCs/>
        </w:rPr>
        <w:t>Mínimo:</w:t>
      </w:r>
      <w:r w:rsidRPr="00C720D8">
        <w:t xml:space="preserve"> 300 caracteres</w:t>
      </w:r>
    </w:p>
    <w:p w14:paraId="672368B9" w14:textId="37CFD875" w:rsidR="00C720D8" w:rsidRPr="00C720D8" w:rsidRDefault="00C720D8" w:rsidP="00C720D8">
      <w:pPr>
        <w:pStyle w:val="p1"/>
        <w:numPr>
          <w:ilvl w:val="0"/>
          <w:numId w:val="23"/>
        </w:numPr>
      </w:pPr>
      <w:r w:rsidRPr="00C720D8">
        <w:rPr>
          <w:rStyle w:val="s1"/>
          <w:b/>
          <w:bCs/>
        </w:rPr>
        <w:t>Máximo:</w:t>
      </w:r>
      <w:r w:rsidRPr="00C720D8">
        <w:t xml:space="preserve"> 500 caracteres</w:t>
      </w:r>
    </w:p>
    <w:p w14:paraId="54756E3A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1–2 textos bíblicos </w:t>
      </w:r>
      <w:r w:rsidRPr="00C720D8">
        <w:rPr>
          <w:rStyle w:val="s2"/>
          <w:rFonts w:eastAsiaTheme="majorEastAsia"/>
          <w:b/>
          <w:bCs/>
        </w:rPr>
        <w:t>ou</w:t>
      </w:r>
      <w:r w:rsidRPr="00C720D8">
        <w:t xml:space="preserve"> 2–3 autores/conceitos.</w:t>
      </w:r>
    </w:p>
    <w:p w14:paraId="38128BED" w14:textId="26DFCA3A" w:rsidR="00C720D8" w:rsidRPr="00C720D8" w:rsidRDefault="00C720D8" w:rsidP="00C720D8">
      <w:pPr>
        <w:pStyle w:val="p3"/>
      </w:pPr>
      <w:r w:rsidRPr="00C720D8">
        <w:t>Não é revisão teórica.</w:t>
      </w:r>
      <w:r w:rsidRPr="00C720D8">
        <w:t xml:space="preserve"> Não citar os textos bíblicos completos e de maneira direta (apenas me maneira indireta, entre parênteses.</w:t>
      </w:r>
    </w:p>
    <w:p w14:paraId="3A8EC94E" w14:textId="263FAB50" w:rsidR="00C720D8" w:rsidRPr="00C720D8" w:rsidRDefault="00C720D8" w:rsidP="00C720D8">
      <w:pPr>
        <w:rPr>
          <w:rStyle w:val="s3"/>
          <w:rFonts w:ascii="Times New Roman" w:hAnsi="Times New Roman" w:cs="Times New Roman"/>
          <w:sz w:val="13"/>
          <w:szCs w:val="13"/>
          <w:lang w:val="pt-BR"/>
        </w:rPr>
      </w:pPr>
    </w:p>
    <w:p w14:paraId="741CD5F4" w14:textId="725DEDB1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4. Descrição da Experiência / Metodologia</w:t>
      </w:r>
    </w:p>
    <w:p w14:paraId="1148F72A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“como foi feito”</w:t>
      </w:r>
    </w:p>
    <w:p w14:paraId="373ED3F6" w14:textId="77777777" w:rsidR="00C720D8" w:rsidRPr="00C720D8" w:rsidRDefault="00C720D8" w:rsidP="00C720D8">
      <w:pPr>
        <w:pStyle w:val="p1"/>
        <w:numPr>
          <w:ilvl w:val="0"/>
          <w:numId w:val="24"/>
        </w:numPr>
      </w:pPr>
      <w:r w:rsidRPr="00C720D8">
        <w:rPr>
          <w:rStyle w:val="s1"/>
          <w:b/>
          <w:bCs/>
        </w:rPr>
        <w:t>Mínimo:</w:t>
      </w:r>
      <w:r w:rsidRPr="00C720D8">
        <w:t xml:space="preserve"> 450 caracteres</w:t>
      </w:r>
    </w:p>
    <w:p w14:paraId="08BCF338" w14:textId="2AFC3D13" w:rsidR="00C720D8" w:rsidRPr="00C720D8" w:rsidRDefault="00C720D8" w:rsidP="00C720D8">
      <w:pPr>
        <w:pStyle w:val="p1"/>
        <w:numPr>
          <w:ilvl w:val="0"/>
          <w:numId w:val="24"/>
        </w:numPr>
      </w:pPr>
      <w:r w:rsidRPr="00C720D8">
        <w:rPr>
          <w:rStyle w:val="s1"/>
          <w:b/>
          <w:bCs/>
        </w:rPr>
        <w:t>Máximo:</w:t>
      </w:r>
      <w:r w:rsidRPr="00C720D8">
        <w:t xml:space="preserve"> 700 caracteres</w:t>
      </w:r>
    </w:p>
    <w:p w14:paraId="53CB633E" w14:textId="245F27A4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Esta é uma das seções </w:t>
      </w:r>
      <w:r w:rsidRPr="00C720D8">
        <w:rPr>
          <w:rStyle w:val="s2"/>
          <w:rFonts w:eastAsiaTheme="majorEastAsia"/>
          <w:b/>
          <w:bCs/>
        </w:rPr>
        <w:t>mais importantes</w:t>
      </w:r>
      <w:r w:rsidRPr="00C720D8">
        <w:t xml:space="preserve">, mas ainda </w:t>
      </w:r>
      <w:r w:rsidRPr="00C720D8">
        <w:t xml:space="preserve">deve ser </w:t>
      </w:r>
      <w:r w:rsidRPr="00C720D8">
        <w:t>sintética.</w:t>
      </w:r>
    </w:p>
    <w:p w14:paraId="3CAB16B5" w14:textId="1765297C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Listas curtas </w:t>
      </w:r>
      <w:r w:rsidRPr="00C720D8">
        <w:t xml:space="preserve">em tópicos </w:t>
      </w:r>
      <w:r w:rsidRPr="00C720D8">
        <w:t>funcionam melhor</w:t>
      </w:r>
      <w:r w:rsidRPr="00C720D8">
        <w:t xml:space="preserve">, mas pode-se usar textos corridos também. Não usar citações diretas. </w:t>
      </w:r>
    </w:p>
    <w:p w14:paraId="0A92FC78" w14:textId="739BE531" w:rsidR="00C720D8" w:rsidRPr="00C720D8" w:rsidRDefault="00C720D8" w:rsidP="00C720D8">
      <w:pPr>
        <w:rPr>
          <w:rStyle w:val="s3"/>
          <w:rFonts w:ascii="Times New Roman" w:hAnsi="Times New Roman" w:cs="Times New Roman"/>
          <w:sz w:val="10"/>
          <w:szCs w:val="10"/>
          <w:lang w:val="pt-BR"/>
        </w:rPr>
      </w:pPr>
    </w:p>
    <w:p w14:paraId="564D0E1C" w14:textId="3BF6B19F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5. Resultados, Aprendizados e Desafios</w:t>
      </w:r>
    </w:p>
    <w:p w14:paraId="65232EBF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O que deu certo, o que não deu, o que aprendemos</w:t>
      </w:r>
    </w:p>
    <w:p w14:paraId="11C548C8" w14:textId="77777777" w:rsidR="00C720D8" w:rsidRPr="00C720D8" w:rsidRDefault="00C720D8" w:rsidP="00C720D8">
      <w:pPr>
        <w:pStyle w:val="p1"/>
        <w:numPr>
          <w:ilvl w:val="0"/>
          <w:numId w:val="25"/>
        </w:numPr>
      </w:pPr>
      <w:r w:rsidRPr="00C720D8">
        <w:rPr>
          <w:rStyle w:val="s1"/>
          <w:b/>
          <w:bCs/>
        </w:rPr>
        <w:t>Mínimo:</w:t>
      </w:r>
      <w:r w:rsidRPr="00C720D8">
        <w:t xml:space="preserve"> 450 caracteres</w:t>
      </w:r>
    </w:p>
    <w:p w14:paraId="1F958022" w14:textId="4423A361" w:rsidR="00C720D8" w:rsidRPr="00C720D8" w:rsidRDefault="00C720D8" w:rsidP="00C720D8">
      <w:pPr>
        <w:pStyle w:val="p1"/>
        <w:numPr>
          <w:ilvl w:val="0"/>
          <w:numId w:val="25"/>
        </w:numPr>
      </w:pPr>
      <w:r w:rsidRPr="00C720D8">
        <w:rPr>
          <w:rStyle w:val="s1"/>
          <w:b/>
          <w:bCs/>
        </w:rPr>
        <w:t>Máximo:</w:t>
      </w:r>
      <w:r w:rsidRPr="00C720D8">
        <w:t xml:space="preserve"> 700 caracteres</w:t>
      </w:r>
    </w:p>
    <w:p w14:paraId="40CF13E1" w14:textId="2AD6ECB4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Avaliadores vão olhar </w:t>
      </w:r>
      <w:r w:rsidRPr="00C720D8">
        <w:rPr>
          <w:rStyle w:val="s2"/>
          <w:rFonts w:eastAsiaTheme="majorEastAsia"/>
          <w:b/>
          <w:bCs/>
        </w:rPr>
        <w:t>honestidade e reflexão</w:t>
      </w:r>
      <w:r w:rsidRPr="00C720D8">
        <w:t>, não sucesso.</w:t>
      </w:r>
    </w:p>
    <w:p w14:paraId="4322CFE4" w14:textId="77777777" w:rsidR="00C720D8" w:rsidRPr="00C720D8" w:rsidRDefault="00C720D8" w:rsidP="00C720D8">
      <w:pPr>
        <w:pStyle w:val="p3"/>
        <w:rPr>
          <w:rStyle w:val="s3"/>
          <w:sz w:val="8"/>
          <w:szCs w:val="8"/>
        </w:rPr>
      </w:pPr>
    </w:p>
    <w:p w14:paraId="5239B994" w14:textId="298E47EE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6. Contribuições para a Missão</w:t>
      </w:r>
    </w:p>
    <w:p w14:paraId="0B9149F2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Por que isso pode inspirar outros</w:t>
      </w:r>
    </w:p>
    <w:p w14:paraId="5FCE80F5" w14:textId="77777777" w:rsidR="00C720D8" w:rsidRPr="00C720D8" w:rsidRDefault="00C720D8" w:rsidP="00C720D8">
      <w:pPr>
        <w:pStyle w:val="p1"/>
        <w:numPr>
          <w:ilvl w:val="0"/>
          <w:numId w:val="26"/>
        </w:numPr>
      </w:pPr>
      <w:r w:rsidRPr="00C720D8">
        <w:rPr>
          <w:rStyle w:val="s1"/>
          <w:b/>
          <w:bCs/>
        </w:rPr>
        <w:t>Mínimo:</w:t>
      </w:r>
      <w:r w:rsidRPr="00C720D8">
        <w:t xml:space="preserve"> 300 caracteres</w:t>
      </w:r>
    </w:p>
    <w:p w14:paraId="0A2D46B9" w14:textId="2C48C7C7" w:rsidR="00C720D8" w:rsidRPr="00C720D8" w:rsidRDefault="00C720D8" w:rsidP="00C720D8">
      <w:pPr>
        <w:pStyle w:val="p1"/>
        <w:numPr>
          <w:ilvl w:val="0"/>
          <w:numId w:val="26"/>
        </w:numPr>
      </w:pPr>
      <w:r w:rsidRPr="00C720D8">
        <w:rPr>
          <w:rStyle w:val="s1"/>
          <w:b/>
          <w:bCs/>
        </w:rPr>
        <w:t>Máximo:</w:t>
      </w:r>
      <w:r w:rsidRPr="00C720D8">
        <w:t xml:space="preserve"> 500 caracteres</w:t>
      </w:r>
    </w:p>
    <w:p w14:paraId="1EC769D9" w14:textId="481585EE" w:rsidR="00C720D8" w:rsidRPr="00C720D8" w:rsidRDefault="00C720D8" w:rsidP="00C720D8">
      <w:pPr>
        <w:pStyle w:val="p3"/>
        <w:rPr>
          <w:rStyle w:val="s3"/>
        </w:rPr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Aqui entra claramente o </w:t>
      </w:r>
      <w:r w:rsidRPr="00C720D8">
        <w:rPr>
          <w:rStyle w:val="s2"/>
          <w:rFonts w:eastAsiaTheme="majorEastAsia"/>
          <w:b/>
          <w:bCs/>
        </w:rPr>
        <w:t>valor para a igreja</w:t>
      </w:r>
      <w:r w:rsidRPr="00C720D8">
        <w:t>.</w:t>
      </w:r>
    </w:p>
    <w:p w14:paraId="6FF4376E" w14:textId="7CBFCB68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7. Considerações Finais</w:t>
      </w:r>
    </w:p>
    <w:p w14:paraId="06FF71EC" w14:textId="77777777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📌</w:t>
      </w:r>
      <w:r w:rsidRPr="00C720D8">
        <w:t xml:space="preserve"> </w:t>
      </w:r>
      <w:r w:rsidRPr="00C720D8">
        <w:rPr>
          <w:i/>
          <w:iCs/>
        </w:rPr>
        <w:t>Síntese</w:t>
      </w:r>
    </w:p>
    <w:p w14:paraId="10C22110" w14:textId="77777777" w:rsidR="00C720D8" w:rsidRPr="00C720D8" w:rsidRDefault="00C720D8" w:rsidP="00C720D8">
      <w:pPr>
        <w:pStyle w:val="p1"/>
        <w:numPr>
          <w:ilvl w:val="0"/>
          <w:numId w:val="27"/>
        </w:numPr>
      </w:pPr>
      <w:r w:rsidRPr="00C720D8">
        <w:rPr>
          <w:rStyle w:val="s1"/>
          <w:b/>
          <w:bCs/>
        </w:rPr>
        <w:t>Mínimo:</w:t>
      </w:r>
      <w:r w:rsidRPr="00C720D8">
        <w:t xml:space="preserve"> 200 caracteres</w:t>
      </w:r>
    </w:p>
    <w:p w14:paraId="4549DB1E" w14:textId="504D0F44" w:rsidR="00C720D8" w:rsidRPr="00C720D8" w:rsidRDefault="00C720D8" w:rsidP="00C720D8">
      <w:pPr>
        <w:pStyle w:val="p1"/>
        <w:numPr>
          <w:ilvl w:val="0"/>
          <w:numId w:val="27"/>
        </w:numPr>
      </w:pPr>
      <w:r w:rsidRPr="00C720D8">
        <w:rPr>
          <w:rStyle w:val="s1"/>
          <w:b/>
          <w:bCs/>
        </w:rPr>
        <w:t>Máximo:</w:t>
      </w:r>
      <w:r w:rsidRPr="00C720D8">
        <w:t xml:space="preserve"> 350 caracteres</w:t>
      </w:r>
    </w:p>
    <w:p w14:paraId="5696C1CF" w14:textId="019950C5" w:rsidR="00C720D8" w:rsidRPr="00C720D8" w:rsidRDefault="00C720D8" w:rsidP="00C720D8">
      <w:pPr>
        <w:pStyle w:val="p3"/>
      </w:pPr>
      <w:r w:rsidRPr="00C720D8">
        <w:rPr>
          <w:rFonts w:ascii="Apple Color Emoji" w:hAnsi="Apple Color Emoji" w:cs="Apple Color Emoji"/>
        </w:rPr>
        <w:t>👉</w:t>
      </w:r>
      <w:r w:rsidRPr="00C720D8">
        <w:t xml:space="preserve"> Síntese + possível continuidade</w:t>
      </w:r>
      <w:r w:rsidRPr="00C720D8">
        <w:t xml:space="preserve"> do projeto.</w:t>
      </w:r>
    </w:p>
    <w:p w14:paraId="5F61FBA2" w14:textId="77777777" w:rsidR="00C720D8" w:rsidRPr="00C720D8" w:rsidRDefault="00C720D8" w:rsidP="00C720D8">
      <w:pPr>
        <w:pStyle w:val="p3"/>
        <w:rPr>
          <w:rStyle w:val="s3"/>
        </w:rPr>
      </w:pPr>
    </w:p>
    <w:p w14:paraId="7095FBBC" w14:textId="77777777" w:rsidR="00C720D8" w:rsidRPr="00C720D8" w:rsidRDefault="00C720D8" w:rsidP="00C720D8">
      <w:pPr>
        <w:pStyle w:val="Ttulo3"/>
        <w:rPr>
          <w:rFonts w:ascii="Times New Roman" w:hAnsi="Times New Roman" w:cs="Times New Roman"/>
          <w:lang w:val="pt-BR"/>
        </w:rPr>
      </w:pPr>
      <w:r w:rsidRPr="00C720D8">
        <w:rPr>
          <w:rFonts w:ascii="Times New Roman" w:hAnsi="Times New Roman" w:cs="Times New Roman"/>
          <w:lang w:val="pt-BR"/>
        </w:rPr>
        <w:t>8. Referências Essenciais</w:t>
      </w:r>
    </w:p>
    <w:p w14:paraId="44E75DD2" w14:textId="77777777" w:rsidR="00C720D8" w:rsidRPr="00C720D8" w:rsidRDefault="00C720D8" w:rsidP="00C720D8">
      <w:pPr>
        <w:pStyle w:val="p1"/>
        <w:numPr>
          <w:ilvl w:val="0"/>
          <w:numId w:val="28"/>
        </w:numPr>
      </w:pPr>
      <w:r w:rsidRPr="00C720D8">
        <w:rPr>
          <w:b/>
          <w:bCs/>
        </w:rPr>
        <w:t xml:space="preserve">Máx.: </w:t>
      </w:r>
      <w:r w:rsidRPr="00C720D8">
        <w:t>5 referências</w:t>
      </w:r>
    </w:p>
    <w:p w14:paraId="7B072B29" w14:textId="77777777" w:rsidR="00C720D8" w:rsidRPr="00C720D8" w:rsidRDefault="00C720D8" w:rsidP="00C720D8">
      <w:pPr>
        <w:pStyle w:val="p1"/>
        <w:numPr>
          <w:ilvl w:val="0"/>
          <w:numId w:val="28"/>
        </w:numPr>
      </w:pPr>
      <w:r w:rsidRPr="00C720D8">
        <w:rPr>
          <w:rStyle w:val="s1"/>
          <w:b/>
          <w:bCs/>
        </w:rPr>
        <w:t>Máx. total:</w:t>
      </w:r>
      <w:r w:rsidRPr="00C720D8">
        <w:t xml:space="preserve"> 450 caracteres</w:t>
      </w:r>
    </w:p>
    <w:p w14:paraId="5D0FB6FC" w14:textId="0D7F6ABB" w:rsidR="00C720D8" w:rsidRPr="00C720D8" w:rsidRDefault="00C720D8" w:rsidP="00C720D8">
      <w:pPr>
        <w:pStyle w:val="p1"/>
        <w:numPr>
          <w:ilvl w:val="0"/>
          <w:numId w:val="28"/>
        </w:numPr>
      </w:pPr>
      <w:r w:rsidRPr="00C720D8">
        <w:t>Seguir as n</w:t>
      </w:r>
      <w:r w:rsidRPr="00C720D8">
        <w:t xml:space="preserve">ormas </w:t>
      </w:r>
      <w:r w:rsidRPr="00C720D8">
        <w:rPr>
          <w:rStyle w:val="s1"/>
          <w:b/>
          <w:bCs/>
        </w:rPr>
        <w:t>ABNT</w:t>
      </w:r>
    </w:p>
    <w:p w14:paraId="3EEBBB63" w14:textId="77777777" w:rsidR="00C720D8" w:rsidRPr="00C720D8" w:rsidRDefault="00C720D8" w:rsidP="00C720D8">
      <w:pPr>
        <w:pStyle w:val="p1"/>
        <w:numPr>
          <w:ilvl w:val="0"/>
          <w:numId w:val="28"/>
        </w:numPr>
      </w:pPr>
      <w:r w:rsidRPr="00C720D8">
        <w:t xml:space="preserve">Preferir referências </w:t>
      </w:r>
      <w:r w:rsidRPr="00C720D8">
        <w:rPr>
          <w:rStyle w:val="s1"/>
          <w:b/>
          <w:bCs/>
        </w:rPr>
        <w:t>fundamentais</w:t>
      </w:r>
      <w:r w:rsidRPr="00C720D8">
        <w:t>, não extensas.</w:t>
      </w:r>
    </w:p>
    <w:p w14:paraId="748096A2" w14:textId="4356CC14" w:rsidR="00C720D8" w:rsidRPr="00C720D8" w:rsidRDefault="00C720D8" w:rsidP="00C720D8">
      <w:pPr>
        <w:jc w:val="center"/>
        <w:rPr>
          <w:rStyle w:val="s3"/>
          <w:rFonts w:ascii="Times New Roman" w:hAnsi="Times New Roman" w:cs="Times New Roman"/>
          <w:lang w:val="pt-BR"/>
        </w:rPr>
      </w:pPr>
    </w:p>
    <w:p w14:paraId="041FC49C" w14:textId="77777777" w:rsidR="00C720D8" w:rsidRPr="00C720D8" w:rsidRDefault="00C720D8" w:rsidP="00C720D8">
      <w:pPr>
        <w:pStyle w:val="Ttulo2"/>
        <w:jc w:val="center"/>
        <w:rPr>
          <w:rFonts w:ascii="Times New Roman" w:hAnsi="Times New Roman" w:cs="Times New Roman"/>
          <w:lang w:val="pt-BR"/>
        </w:rPr>
      </w:pPr>
      <w:r w:rsidRPr="00C720D8">
        <w:rPr>
          <w:rFonts w:ascii="Apple Color Emoji" w:hAnsi="Apple Color Emoji" w:cs="Apple Color Emoji"/>
          <w:lang w:val="pt-BR"/>
        </w:rPr>
        <w:t>🔢</w:t>
      </w:r>
      <w:r w:rsidRPr="00C720D8">
        <w:rPr>
          <w:rFonts w:ascii="Times New Roman" w:hAnsi="Times New Roman" w:cs="Times New Roman"/>
          <w:lang w:val="pt-BR"/>
        </w:rPr>
        <w:t xml:space="preserve"> RESUMO GERAL DE VOLUME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8"/>
        <w:gridCol w:w="1940"/>
      </w:tblGrid>
      <w:tr w:rsidR="00C720D8" w:rsidRPr="00C720D8" w14:paraId="29C58D8D" w14:textId="77777777" w:rsidTr="00C720D8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1C63C9C" w14:textId="77777777" w:rsidR="00C720D8" w:rsidRPr="00C720D8" w:rsidRDefault="00C720D8" w:rsidP="00C720D8">
            <w:pPr>
              <w:pStyle w:val="p1"/>
              <w:jc w:val="center"/>
              <w:rPr>
                <w:b/>
                <w:bCs/>
              </w:rPr>
            </w:pPr>
            <w:r w:rsidRPr="00C720D8"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3D0FFF65" w14:textId="77777777" w:rsidR="00C720D8" w:rsidRPr="00C720D8" w:rsidRDefault="00C720D8" w:rsidP="00C720D8">
            <w:pPr>
              <w:pStyle w:val="p1"/>
              <w:jc w:val="center"/>
              <w:rPr>
                <w:b/>
                <w:bCs/>
              </w:rPr>
            </w:pPr>
            <w:r w:rsidRPr="00C720D8">
              <w:rPr>
                <w:b/>
                <w:bCs/>
              </w:rPr>
              <w:t>Máx. caracteres</w:t>
            </w:r>
          </w:p>
        </w:tc>
      </w:tr>
      <w:tr w:rsidR="00C720D8" w:rsidRPr="00C720D8" w14:paraId="51386897" w14:textId="77777777" w:rsidTr="00C720D8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AD4151E" w14:textId="77777777" w:rsidR="00C720D8" w:rsidRPr="00C720D8" w:rsidRDefault="00C720D8" w:rsidP="00C720D8">
            <w:pPr>
              <w:pStyle w:val="p1"/>
              <w:jc w:val="center"/>
            </w:pPr>
            <w:r w:rsidRPr="00C720D8">
              <w:t>Corpo total (seções 1–7)</w:t>
            </w:r>
          </w:p>
        </w:tc>
        <w:tc>
          <w:tcPr>
            <w:tcW w:w="0" w:type="auto"/>
            <w:vAlign w:val="center"/>
            <w:hideMark/>
          </w:tcPr>
          <w:p w14:paraId="553AF0E5" w14:textId="77777777" w:rsidR="00C720D8" w:rsidRPr="00C720D8" w:rsidRDefault="00C720D8" w:rsidP="00C720D8">
            <w:pPr>
              <w:pStyle w:val="p1"/>
              <w:jc w:val="center"/>
            </w:pPr>
            <w:r w:rsidRPr="00C720D8">
              <w:rPr>
                <w:b/>
                <w:bCs/>
              </w:rPr>
              <w:t>≈ 3.300 caracteres</w:t>
            </w:r>
          </w:p>
        </w:tc>
      </w:tr>
      <w:tr w:rsidR="00C720D8" w:rsidRPr="00C720D8" w14:paraId="2FF1F775" w14:textId="77777777" w:rsidTr="00C720D8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C115C2B" w14:textId="77777777" w:rsidR="00C720D8" w:rsidRPr="00C720D8" w:rsidRDefault="00C720D8" w:rsidP="00C720D8">
            <w:pPr>
              <w:pStyle w:val="p1"/>
              <w:jc w:val="center"/>
            </w:pPr>
            <w:r w:rsidRPr="00C720D8">
              <w:t>Referências</w:t>
            </w:r>
          </w:p>
        </w:tc>
        <w:tc>
          <w:tcPr>
            <w:tcW w:w="0" w:type="auto"/>
            <w:vAlign w:val="center"/>
            <w:hideMark/>
          </w:tcPr>
          <w:p w14:paraId="4109CC5E" w14:textId="77777777" w:rsidR="00C720D8" w:rsidRPr="00C720D8" w:rsidRDefault="00C720D8" w:rsidP="00C720D8">
            <w:pPr>
              <w:pStyle w:val="p1"/>
            </w:pPr>
            <w:r w:rsidRPr="00C720D8">
              <w:rPr>
                <w:b/>
                <w:bCs/>
              </w:rPr>
              <w:t>≈ 450 caracteres</w:t>
            </w:r>
          </w:p>
        </w:tc>
      </w:tr>
      <w:tr w:rsidR="00C720D8" w:rsidRPr="00C720D8" w14:paraId="151E4810" w14:textId="77777777" w:rsidTr="00C720D8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0AF1E04" w14:textId="77777777" w:rsidR="00C720D8" w:rsidRPr="00C720D8" w:rsidRDefault="00C720D8" w:rsidP="00C720D8">
            <w:pPr>
              <w:pStyle w:val="p1"/>
              <w:jc w:val="center"/>
            </w:pPr>
            <w:r w:rsidRPr="00C720D8">
              <w:t>Total do banner</w:t>
            </w:r>
          </w:p>
        </w:tc>
        <w:tc>
          <w:tcPr>
            <w:tcW w:w="0" w:type="auto"/>
            <w:vAlign w:val="center"/>
            <w:hideMark/>
          </w:tcPr>
          <w:p w14:paraId="091F697B" w14:textId="77777777" w:rsidR="00C720D8" w:rsidRPr="00C720D8" w:rsidRDefault="00C720D8" w:rsidP="00C720D8">
            <w:pPr>
              <w:pStyle w:val="p1"/>
              <w:jc w:val="center"/>
            </w:pPr>
            <w:r w:rsidRPr="00C720D8">
              <w:rPr>
                <w:b/>
                <w:bCs/>
              </w:rPr>
              <w:t>≈ 4.200 caracteres</w:t>
            </w:r>
          </w:p>
        </w:tc>
      </w:tr>
    </w:tbl>
    <w:p w14:paraId="5507A7C1" w14:textId="73DFE837" w:rsidR="00C720D8" w:rsidRPr="00C720D8" w:rsidRDefault="00C720D8" w:rsidP="00C720D8">
      <w:pPr>
        <w:rPr>
          <w:rStyle w:val="s2"/>
          <w:rFonts w:ascii="Times New Roman" w:hAnsi="Times New Roman" w:cs="Times New Roman"/>
          <w:lang w:val="pt-BR"/>
        </w:rPr>
      </w:pPr>
    </w:p>
    <w:p w14:paraId="6A2F2E31" w14:textId="4CFF602D" w:rsidR="00C720D8" w:rsidRPr="00C720D8" w:rsidRDefault="00C720D8" w:rsidP="00C720D8">
      <w:pPr>
        <w:pStyle w:val="Ttulo2"/>
        <w:rPr>
          <w:rFonts w:ascii="Times New Roman" w:hAnsi="Times New Roman" w:cs="Times New Roman"/>
          <w:lang w:val="pt-BR"/>
        </w:rPr>
      </w:pPr>
      <w:r w:rsidRPr="00C720D8">
        <w:rPr>
          <w:rFonts w:ascii="Apple Color Emoji" w:hAnsi="Apple Color Emoji" w:cs="Apple Color Emoji"/>
          <w:lang w:val="pt-BR"/>
        </w:rPr>
        <w:t>🔑</w:t>
      </w:r>
      <w:r w:rsidRPr="00C720D8">
        <w:rPr>
          <w:rFonts w:ascii="Times New Roman" w:hAnsi="Times New Roman" w:cs="Times New Roman"/>
          <w:lang w:val="pt-BR"/>
        </w:rPr>
        <w:t xml:space="preserve"> REGRA DE OURO (</w:t>
      </w:r>
      <w:r w:rsidRPr="00C720D8">
        <w:rPr>
          <w:rFonts w:ascii="Times New Roman" w:hAnsi="Times New Roman" w:cs="Times New Roman"/>
          <w:lang w:val="pt-BR"/>
        </w:rPr>
        <w:t>que será avaliado pela comissão de avaliadores</w:t>
      </w:r>
      <w:r w:rsidRPr="00C720D8">
        <w:rPr>
          <w:rFonts w:ascii="Times New Roman" w:hAnsi="Times New Roman" w:cs="Times New Roman"/>
          <w:lang w:val="pt-BR"/>
        </w:rPr>
        <w:t>)</w:t>
      </w:r>
    </w:p>
    <w:p w14:paraId="524F14D7" w14:textId="066230E6" w:rsidR="00C720D8" w:rsidRPr="00C720D8" w:rsidRDefault="00C720D8" w:rsidP="00C720D8">
      <w:pPr>
        <w:rPr>
          <w:rFonts w:ascii="Times New Roman" w:hAnsi="Times New Roman" w:cs="Times New Roman"/>
          <w:color w:val="0E0E0E"/>
          <w:sz w:val="24"/>
          <w:szCs w:val="24"/>
          <w:lang w:val="pt-BR"/>
        </w:rPr>
      </w:pPr>
      <w:r w:rsidRPr="00C720D8">
        <w:rPr>
          <w:rFonts w:ascii="Times New Roman" w:hAnsi="Times New Roman" w:cs="Times New Roman"/>
          <w:color w:val="0E0E0E"/>
          <w:sz w:val="24"/>
          <w:szCs w:val="24"/>
          <w:lang w:val="pt-BR"/>
        </w:rPr>
        <w:t xml:space="preserve">Se virar artigo → </w:t>
      </w:r>
      <w:r w:rsidRPr="00C720D8">
        <w:rPr>
          <w:rStyle w:val="s1"/>
          <w:rFonts w:ascii="Times New Roman" w:hAnsi="Times New Roman" w:cs="Times New Roman"/>
          <w:b/>
          <w:bCs/>
          <w:color w:val="0E0E0E"/>
          <w:sz w:val="24"/>
          <w:szCs w:val="24"/>
          <w:lang w:val="pt-BR"/>
        </w:rPr>
        <w:t>corta</w:t>
      </w:r>
    </w:p>
    <w:p w14:paraId="3EDF4D1A" w14:textId="77777777" w:rsidR="00C720D8" w:rsidRPr="00C720D8" w:rsidRDefault="00C720D8" w:rsidP="00C720D8">
      <w:pPr>
        <w:rPr>
          <w:rStyle w:val="s1"/>
          <w:rFonts w:ascii="Times New Roman" w:hAnsi="Times New Roman" w:cs="Times New Roman"/>
          <w:b/>
          <w:bCs/>
          <w:color w:val="0E0E0E"/>
          <w:sz w:val="24"/>
          <w:szCs w:val="24"/>
          <w:lang w:val="pt-BR"/>
        </w:rPr>
      </w:pPr>
      <w:r w:rsidRPr="00C720D8">
        <w:rPr>
          <w:rFonts w:ascii="Times New Roman" w:hAnsi="Times New Roman" w:cs="Times New Roman"/>
          <w:color w:val="0E0E0E"/>
          <w:sz w:val="24"/>
          <w:szCs w:val="24"/>
          <w:lang w:val="pt-BR"/>
        </w:rPr>
        <w:t xml:space="preserve">Se ficar só slogan → </w:t>
      </w:r>
      <w:r w:rsidRPr="00C720D8">
        <w:rPr>
          <w:rStyle w:val="s1"/>
          <w:rFonts w:ascii="Times New Roman" w:hAnsi="Times New Roman" w:cs="Times New Roman"/>
          <w:b/>
          <w:bCs/>
          <w:color w:val="0E0E0E"/>
          <w:sz w:val="24"/>
          <w:szCs w:val="24"/>
          <w:lang w:val="pt-BR"/>
        </w:rPr>
        <w:t>pede aprofundamento</w:t>
      </w:r>
    </w:p>
    <w:p w14:paraId="68337D0E" w14:textId="1DC2661F" w:rsidR="00C720D8" w:rsidRPr="00C720D8" w:rsidRDefault="00C720D8" w:rsidP="00C720D8">
      <w:pPr>
        <w:rPr>
          <w:rFonts w:ascii="Times New Roman" w:hAnsi="Times New Roman" w:cs="Times New Roman"/>
          <w:color w:val="0E0E0E"/>
          <w:sz w:val="24"/>
          <w:szCs w:val="24"/>
          <w:lang w:val="pt-BR"/>
        </w:rPr>
      </w:pPr>
      <w:r w:rsidRPr="00C720D8">
        <w:rPr>
          <w:rFonts w:ascii="Times New Roman" w:hAnsi="Times New Roman" w:cs="Times New Roman"/>
          <w:color w:val="0E0E0E"/>
          <w:sz w:val="24"/>
          <w:szCs w:val="24"/>
          <w:lang w:val="pt-BR"/>
        </w:rPr>
        <w:t xml:space="preserve">Se for um sermão e não um trabalho acadêmico → </w:t>
      </w:r>
      <w:r w:rsidRPr="00C720D8">
        <w:rPr>
          <w:rStyle w:val="s1"/>
          <w:rFonts w:ascii="Times New Roman" w:hAnsi="Times New Roman" w:cs="Times New Roman"/>
          <w:b/>
          <w:bCs/>
          <w:color w:val="0E0E0E"/>
          <w:sz w:val="24"/>
          <w:szCs w:val="24"/>
          <w:lang w:val="pt-BR"/>
        </w:rPr>
        <w:t>não é o que queremos</w:t>
      </w:r>
    </w:p>
    <w:p w14:paraId="320DCF08" w14:textId="7C196E85" w:rsidR="00C720D8" w:rsidRPr="00C720D8" w:rsidRDefault="00C720D8" w:rsidP="00C720D8">
      <w:pPr>
        <w:rPr>
          <w:rFonts w:ascii="Times New Roman" w:hAnsi="Times New Roman" w:cs="Times New Roman"/>
          <w:color w:val="0E0E0E"/>
          <w:sz w:val="24"/>
          <w:szCs w:val="24"/>
          <w:lang w:val="pt-BR"/>
        </w:rPr>
      </w:pPr>
      <w:r w:rsidRPr="00C720D8">
        <w:rPr>
          <w:rFonts w:ascii="Times New Roman" w:hAnsi="Times New Roman" w:cs="Times New Roman"/>
          <w:color w:val="0E0E0E"/>
          <w:sz w:val="24"/>
          <w:szCs w:val="24"/>
          <w:lang w:val="pt-BR"/>
        </w:rPr>
        <w:t xml:space="preserve">Se alguém entende a ideia em 1 minuto → </w:t>
      </w:r>
      <w:r w:rsidRPr="00C720D8">
        <w:rPr>
          <w:rStyle w:val="s1"/>
          <w:rFonts w:ascii="Times New Roman" w:hAnsi="Times New Roman" w:cs="Times New Roman"/>
          <w:b/>
          <w:bCs/>
          <w:color w:val="0E0E0E"/>
          <w:sz w:val="24"/>
          <w:szCs w:val="24"/>
          <w:lang w:val="pt-BR"/>
        </w:rPr>
        <w:t>aprovado</w:t>
      </w:r>
    </w:p>
    <w:sectPr w:rsidR="00C720D8" w:rsidRPr="00C720D8" w:rsidSect="00034616">
      <w:headerReference w:type="default" r:id="rId8"/>
      <w:footerReference w:type="default" r:id="rId9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9FAFA" w14:textId="77777777" w:rsidR="000500DE" w:rsidRDefault="000500DE" w:rsidP="00C720D8">
      <w:pPr>
        <w:spacing w:after="0" w:line="240" w:lineRule="auto"/>
      </w:pPr>
      <w:r>
        <w:separator/>
      </w:r>
    </w:p>
  </w:endnote>
  <w:endnote w:type="continuationSeparator" w:id="0">
    <w:p w14:paraId="5AB84724" w14:textId="77777777" w:rsidR="000500DE" w:rsidRDefault="000500DE" w:rsidP="00C72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838E6" w14:textId="2168F654" w:rsidR="00C720D8" w:rsidRDefault="00C720D8" w:rsidP="00C720D8">
    <w:pPr>
      <w:jc w:val="center"/>
    </w:pPr>
    <w:r>
      <w:rPr>
        <w:sz w:val="18"/>
      </w:rPr>
      <w:br/>
    </w:r>
    <w:proofErr w:type="spellStart"/>
    <w:r>
      <w:rPr>
        <w:sz w:val="18"/>
      </w:rPr>
      <w:t>InMission</w:t>
    </w:r>
    <w:proofErr w:type="spellEnd"/>
    <w:r>
      <w:rPr>
        <w:sz w:val="18"/>
      </w:rPr>
      <w:t xml:space="preserve"> 2026 – Grandes </w:t>
    </w:r>
    <w:proofErr w:type="spellStart"/>
    <w:r>
      <w:rPr>
        <w:sz w:val="18"/>
      </w:rPr>
      <w:t>Coisas</w:t>
    </w:r>
    <w:proofErr w:type="spellEnd"/>
    <w:r>
      <w:rPr>
        <w:sz w:val="18"/>
      </w:rPr>
      <w:t xml:space="preserve"> | </w:t>
    </w:r>
    <w:proofErr w:type="spellStart"/>
    <w:r>
      <w:rPr>
        <w:sz w:val="18"/>
      </w:rPr>
      <w:t>Sessão</w:t>
    </w:r>
    <w:proofErr w:type="spellEnd"/>
    <w:r>
      <w:rPr>
        <w:sz w:val="18"/>
      </w:rPr>
      <w:t xml:space="preserve"> </w:t>
    </w:r>
    <w:proofErr w:type="spellStart"/>
    <w:r>
      <w:rPr>
        <w:sz w:val="18"/>
      </w:rPr>
      <w:t>Acadêmica</w:t>
    </w:r>
    <w:proofErr w:type="spellEnd"/>
    <w:r>
      <w:rPr>
        <w:sz w:val="18"/>
      </w:rPr>
      <w:t xml:space="preserve"> – UNASP </w:t>
    </w:r>
    <w:proofErr w:type="spellStart"/>
    <w:r>
      <w:rPr>
        <w:sz w:val="18"/>
      </w:rPr>
      <w:t>Engenheiro</w:t>
    </w:r>
    <w:proofErr w:type="spellEnd"/>
    <w:r>
      <w:rPr>
        <w:sz w:val="18"/>
      </w:rPr>
      <w:t xml:space="preserve"> Coelho</w:t>
    </w:r>
    <w:r>
      <w:rPr>
        <w:sz w:val="18"/>
      </w:rPr>
      <w:br/>
      <w:t xml:space="preserve">7 a 10 de </w:t>
    </w:r>
    <w:proofErr w:type="spellStart"/>
    <w:r>
      <w:rPr>
        <w:sz w:val="18"/>
      </w:rPr>
      <w:t>junho</w:t>
    </w:r>
    <w:proofErr w:type="spellEnd"/>
    <w:r>
      <w:rPr>
        <w:sz w:val="18"/>
      </w:rPr>
      <w:t xml:space="preserve"> de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0C0B8" w14:textId="77777777" w:rsidR="000500DE" w:rsidRDefault="000500DE" w:rsidP="00C720D8">
      <w:pPr>
        <w:spacing w:after="0" w:line="240" w:lineRule="auto"/>
      </w:pPr>
      <w:r>
        <w:separator/>
      </w:r>
    </w:p>
  </w:footnote>
  <w:footnote w:type="continuationSeparator" w:id="0">
    <w:p w14:paraId="7062F262" w14:textId="77777777" w:rsidR="000500DE" w:rsidRDefault="000500DE" w:rsidP="00C72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EC36A" w14:textId="68824540" w:rsidR="00C720D8" w:rsidRDefault="00C720D8" w:rsidP="00C720D8">
    <w:pPr>
      <w:jc w:val="center"/>
    </w:pPr>
    <w:r>
      <w:rPr>
        <w:sz w:val="18"/>
      </w:rPr>
      <w:br/>
      <w:t>In</w:t>
    </w:r>
    <w:r>
      <w:rPr>
        <w:sz w:val="18"/>
      </w:rPr>
      <w:t xml:space="preserve"> </w:t>
    </w:r>
    <w:r>
      <w:rPr>
        <w:sz w:val="18"/>
      </w:rPr>
      <w:t xml:space="preserve">Mission 2026 – Grandes </w:t>
    </w:r>
    <w:proofErr w:type="spellStart"/>
    <w:r>
      <w:rPr>
        <w:sz w:val="18"/>
      </w:rPr>
      <w:t>Coisas</w:t>
    </w:r>
    <w:proofErr w:type="spellEnd"/>
    <w:r>
      <w:rPr>
        <w:sz w:val="18"/>
      </w:rPr>
      <w:t xml:space="preserve"> | </w:t>
    </w:r>
    <w:proofErr w:type="spellStart"/>
    <w:r>
      <w:rPr>
        <w:sz w:val="18"/>
      </w:rPr>
      <w:t>Sessão</w:t>
    </w:r>
    <w:proofErr w:type="spellEnd"/>
    <w:r>
      <w:rPr>
        <w:sz w:val="18"/>
      </w:rPr>
      <w:t xml:space="preserve"> </w:t>
    </w:r>
    <w:proofErr w:type="spellStart"/>
    <w:r>
      <w:rPr>
        <w:sz w:val="18"/>
      </w:rPr>
      <w:t>Acadêmica</w:t>
    </w:r>
    <w:proofErr w:type="spellEnd"/>
    <w:r>
      <w:rPr>
        <w:sz w:val="18"/>
      </w:rPr>
      <w:t xml:space="preserve"> – UNASP </w:t>
    </w:r>
    <w:proofErr w:type="spellStart"/>
    <w:r>
      <w:rPr>
        <w:sz w:val="18"/>
      </w:rPr>
      <w:t>Engenheiro</w:t>
    </w:r>
    <w:proofErr w:type="spellEnd"/>
    <w:r>
      <w:rPr>
        <w:sz w:val="18"/>
      </w:rPr>
      <w:t xml:space="preserve"> Coelho</w:t>
    </w:r>
    <w:r>
      <w:rPr>
        <w:sz w:val="18"/>
      </w:rPr>
      <w:br/>
      <w:t xml:space="preserve">7 a 10 de </w:t>
    </w:r>
    <w:proofErr w:type="spellStart"/>
    <w:r>
      <w:rPr>
        <w:sz w:val="18"/>
      </w:rPr>
      <w:t>junho</w:t>
    </w:r>
    <w:proofErr w:type="spellEnd"/>
    <w:r>
      <w:rPr>
        <w:sz w:val="18"/>
      </w:rPr>
      <w:t xml:space="preserve"> de 2026</w:t>
    </w:r>
  </w:p>
  <w:p w14:paraId="570B6D7C" w14:textId="77777777" w:rsidR="00C720D8" w:rsidRDefault="00C720D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1E77674"/>
    <w:multiLevelType w:val="multilevel"/>
    <w:tmpl w:val="46AA7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686139"/>
    <w:multiLevelType w:val="multilevel"/>
    <w:tmpl w:val="39723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1B7527"/>
    <w:multiLevelType w:val="multilevel"/>
    <w:tmpl w:val="4E964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8B0D00"/>
    <w:multiLevelType w:val="multilevel"/>
    <w:tmpl w:val="DB7C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E10032"/>
    <w:multiLevelType w:val="multilevel"/>
    <w:tmpl w:val="38464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A46D67"/>
    <w:multiLevelType w:val="multilevel"/>
    <w:tmpl w:val="C8CCC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380C0C"/>
    <w:multiLevelType w:val="multilevel"/>
    <w:tmpl w:val="906AB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3C1029"/>
    <w:multiLevelType w:val="multilevel"/>
    <w:tmpl w:val="4E5A5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D154F2"/>
    <w:multiLevelType w:val="multilevel"/>
    <w:tmpl w:val="0C50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72050D"/>
    <w:multiLevelType w:val="multilevel"/>
    <w:tmpl w:val="DED66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5E0AFC"/>
    <w:multiLevelType w:val="multilevel"/>
    <w:tmpl w:val="22929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387018"/>
    <w:multiLevelType w:val="multilevel"/>
    <w:tmpl w:val="35265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AF49E9"/>
    <w:multiLevelType w:val="multilevel"/>
    <w:tmpl w:val="72943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E0F7AFF"/>
    <w:multiLevelType w:val="multilevel"/>
    <w:tmpl w:val="B392A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157D23"/>
    <w:multiLevelType w:val="multilevel"/>
    <w:tmpl w:val="F3D4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7C767E"/>
    <w:multiLevelType w:val="multilevel"/>
    <w:tmpl w:val="FD10E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8E0C42"/>
    <w:multiLevelType w:val="multilevel"/>
    <w:tmpl w:val="F71ED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E103F2"/>
    <w:multiLevelType w:val="multilevel"/>
    <w:tmpl w:val="36A2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75E26EE"/>
    <w:multiLevelType w:val="multilevel"/>
    <w:tmpl w:val="5F884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221582"/>
    <w:multiLevelType w:val="multilevel"/>
    <w:tmpl w:val="80A00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7536704">
    <w:abstractNumId w:val="8"/>
  </w:num>
  <w:num w:numId="2" w16cid:durableId="1899854248">
    <w:abstractNumId w:val="6"/>
  </w:num>
  <w:num w:numId="3" w16cid:durableId="958414242">
    <w:abstractNumId w:val="5"/>
  </w:num>
  <w:num w:numId="4" w16cid:durableId="457842088">
    <w:abstractNumId w:val="4"/>
  </w:num>
  <w:num w:numId="5" w16cid:durableId="678582204">
    <w:abstractNumId w:val="7"/>
  </w:num>
  <w:num w:numId="6" w16cid:durableId="753236098">
    <w:abstractNumId w:val="3"/>
  </w:num>
  <w:num w:numId="7" w16cid:durableId="453793268">
    <w:abstractNumId w:val="2"/>
  </w:num>
  <w:num w:numId="8" w16cid:durableId="1759862740">
    <w:abstractNumId w:val="1"/>
  </w:num>
  <w:num w:numId="9" w16cid:durableId="207844910">
    <w:abstractNumId w:val="0"/>
  </w:num>
  <w:num w:numId="10" w16cid:durableId="687944797">
    <w:abstractNumId w:val="11"/>
  </w:num>
  <w:num w:numId="11" w16cid:durableId="1375690155">
    <w:abstractNumId w:val="10"/>
  </w:num>
  <w:num w:numId="12" w16cid:durableId="734553437">
    <w:abstractNumId w:val="15"/>
  </w:num>
  <w:num w:numId="13" w16cid:durableId="1925800593">
    <w:abstractNumId w:val="14"/>
  </w:num>
  <w:num w:numId="14" w16cid:durableId="1129399823">
    <w:abstractNumId w:val="24"/>
  </w:num>
  <w:num w:numId="15" w16cid:durableId="749353574">
    <w:abstractNumId w:val="22"/>
  </w:num>
  <w:num w:numId="16" w16cid:durableId="175777198">
    <w:abstractNumId w:val="25"/>
  </w:num>
  <w:num w:numId="17" w16cid:durableId="301694105">
    <w:abstractNumId w:val="9"/>
  </w:num>
  <w:num w:numId="18" w16cid:durableId="1528369517">
    <w:abstractNumId w:val="18"/>
  </w:num>
  <w:num w:numId="19" w16cid:durableId="818302641">
    <w:abstractNumId w:val="17"/>
  </w:num>
  <w:num w:numId="20" w16cid:durableId="1482456017">
    <w:abstractNumId w:val="13"/>
  </w:num>
  <w:num w:numId="21" w16cid:durableId="627585669">
    <w:abstractNumId w:val="19"/>
  </w:num>
  <w:num w:numId="22" w16cid:durableId="1864859462">
    <w:abstractNumId w:val="20"/>
  </w:num>
  <w:num w:numId="23" w16cid:durableId="1737773991">
    <w:abstractNumId w:val="27"/>
  </w:num>
  <w:num w:numId="24" w16cid:durableId="1337002043">
    <w:abstractNumId w:val="21"/>
  </w:num>
  <w:num w:numId="25" w16cid:durableId="1606305542">
    <w:abstractNumId w:val="28"/>
  </w:num>
  <w:num w:numId="26" w16cid:durableId="95830955">
    <w:abstractNumId w:val="23"/>
  </w:num>
  <w:num w:numId="27" w16cid:durableId="2111659994">
    <w:abstractNumId w:val="16"/>
  </w:num>
  <w:num w:numId="28" w16cid:durableId="374812690">
    <w:abstractNumId w:val="26"/>
  </w:num>
  <w:num w:numId="29" w16cid:durableId="16725518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00DE"/>
    <w:rsid w:val="0006063C"/>
    <w:rsid w:val="000F2848"/>
    <w:rsid w:val="0015074B"/>
    <w:rsid w:val="0029639D"/>
    <w:rsid w:val="002F3748"/>
    <w:rsid w:val="00326F90"/>
    <w:rsid w:val="00AA1D8D"/>
    <w:rsid w:val="00B47730"/>
    <w:rsid w:val="00C720D8"/>
    <w:rsid w:val="00CB0664"/>
    <w:rsid w:val="00FC214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48D0E6D"/>
  <w14:defaultImageDpi w14:val="300"/>
  <w15:docId w15:val="{3C455112-218E-5C43-AD9E-0A56B879D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1">
    <w:name w:val="p1"/>
    <w:basedOn w:val="Normal"/>
    <w:rsid w:val="00C72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s1">
    <w:name w:val="s1"/>
    <w:basedOn w:val="Fontepargpadro"/>
    <w:rsid w:val="00C720D8"/>
  </w:style>
  <w:style w:type="paragraph" w:customStyle="1" w:styleId="p3">
    <w:name w:val="p3"/>
    <w:basedOn w:val="Normal"/>
    <w:rsid w:val="00C72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2">
    <w:name w:val="p2"/>
    <w:basedOn w:val="Normal"/>
    <w:rsid w:val="00C72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s2">
    <w:name w:val="s2"/>
    <w:basedOn w:val="Fontepargpadro"/>
    <w:rsid w:val="00C720D8"/>
  </w:style>
  <w:style w:type="character" w:customStyle="1" w:styleId="s3">
    <w:name w:val="s3"/>
    <w:basedOn w:val="Fontepargpadro"/>
    <w:rsid w:val="00C720D8"/>
  </w:style>
  <w:style w:type="paragraph" w:customStyle="1" w:styleId="p5">
    <w:name w:val="p5"/>
    <w:basedOn w:val="Normal"/>
    <w:rsid w:val="00C72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4">
    <w:name w:val="p4"/>
    <w:basedOn w:val="Normal"/>
    <w:rsid w:val="00C72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996</Words>
  <Characters>5519</Characters>
  <Application>Microsoft Office Word</Application>
  <DocSecurity>0</DocSecurity>
  <Lines>306</Lines>
  <Paragraphs>260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6255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UNASP - Rodrigo Follis</cp:lastModifiedBy>
  <cp:revision>2</cp:revision>
  <dcterms:created xsi:type="dcterms:W3CDTF">2025-12-23T23:38:00Z</dcterms:created>
  <dcterms:modified xsi:type="dcterms:W3CDTF">2025-12-23T23:38:00Z</dcterms:modified>
  <cp:category/>
</cp:coreProperties>
</file>